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Einheit 2 – Verbale Handlungsfähigkeit unter sozialem Druck</w:t>
      </w:r>
    </w:p>
    <w:p>
      <w:pPr>
        <w:jc w:val="center"/>
      </w:pPr>
      <w:r>
        <w:rPr>
          <w:i/>
          <w:sz w:val="24"/>
        </w:rPr>
        <w:t>Arbeitstitel: Von Beschwichtigung zu Klarheit</w:t>
      </w:r>
    </w:p>
    <w:p>
      <w:pPr>
        <w:jc w:val="center"/>
      </w:pPr>
      <w:r>
        <w:t>Konsolidierter Entwicklungsstand v1.3 – 90-Minuten-Erarbeitung plus anwendungsorientierte Stabilisierungsphase</w:t>
      </w:r>
    </w:p>
    <w:p>
      <w:pPr>
        <w:pStyle w:val="Heading1"/>
        <w:keepNext/>
      </w:pPr>
      <w:r>
        <w:t>1. Ziel und Funktion der Einheit</w:t>
      </w:r>
    </w:p>
    <w:p>
      <w:r>
        <w:t>Die zweite Kurseinheit liegt bewusst früh im Gesamtverlauf. Sie entwickelt grundlegende verbale Handlungsfähigkeit unter sozialem Druck und bereitet damit spätere Rollenspiele zu Bedrängnis, Grenzüberschreitungen, Arbeitsplatz, privatem Konflikt und sexualisierter Belästigung vor. Diese späteren Szenarien werden hier noch nicht vorweggenommen.</w:t>
      </w:r>
    </w:p>
    <w:p>
      <w:r>
        <w:t>Die Teilnehmerinnen sollen erleben, dass zwischen Beschwichtigung und aggressiver Gegenreaktion eine weitere Möglichkeit liegt: ruhig, kurz, klar und handlungsfähig zu bleiben. Es geht nicht darum, Konflikte perfekt zu lösen oder das Verhalten des Gegenübers zu kontrollieren.</w:t>
      </w:r>
    </w:p>
    <w:p/>
    <w:p>
      <w:r>
        <w:t>Planungsrahmen: Die Erarbeitung in Einheit 2 ist auf 90 Minuten ausgelegt. Sie vermittelt die fünf Werkzeuge, ermöglicht erste Wirkungserfahrungen und eine erste integrierte Anwendung. Stabilität unter erneutem Druck ist damit noch nicht zu erwarten. Deshalb gehört zum verbindlichen Lernplan eine separate Stabilisierungsphase von etwa 35 Minuten in einer Nachfolgeeinheit.</w:t>
      </w:r>
    </w:p>
    <w:p>
      <w:pPr>
        <w:pStyle w:val="Heading1"/>
        <w:keepNext/>
      </w:pPr>
      <w:r>
        <w:t>2. Werkzeugarchitektur und roter Faden</w:t>
      </w:r>
    </w:p>
    <w:p>
      <w:r>
        <w:t>Die Einheit arbeitet mit fünf konkreten Werkzeugen. Sie bilden den verbindlichen inhaltlichen roten Faden für Planung, Moderation und Auswertung. Es handelt sich nicht um fünf voneinander isolierte Fähigkeiten und auch nicht um eine starre Abfolge, die in jeder Situation vollständig durchlaufen werden muss. Je nach Lage können einzelne Werkzeuge oder mehrere Werkzeuge zusammen hilfreich sein.</w:t>
      </w:r>
    </w:p>
    <w:tbl>
      <w:tblPr>
        <w:tblStyle w:val="TableGrid"/>
        <w:tblW w:type="auto" w:w="0"/>
        <w:jc w:val="center"/>
        <w:tblLook w:firstColumn="1" w:firstRow="1" w:lastColumn="0" w:lastRow="0" w:noHBand="0" w:noVBand="1" w:val="04A0"/>
      </w:tblPr>
      <w:tblGrid>
        <w:gridCol w:w="3324"/>
        <w:gridCol w:w="3324"/>
        <w:gridCol w:w="3324"/>
      </w:tblGrid>
      <w:tr>
        <w:trPr>
          <w:tblHeader w:val="true"/>
          <w:cantSplit/>
        </w:trPr>
        <w:tc>
          <w:tcPr>
            <w:tcW w:type="dxa" w:w="3324"/>
            <w:shd w:fill="D9EAF7"/>
          </w:tcPr>
          <w:p>
            <w:r>
              <w:t>Werkzeug</w:t>
            </w:r>
          </w:p>
        </w:tc>
        <w:tc>
          <w:tcPr>
            <w:tcW w:type="dxa" w:w="3324"/>
            <w:shd w:fill="D9EAF7"/>
          </w:tcPr>
          <w:p>
            <w:r>
              <w:t>Typische Eskalationsfalle</w:t>
            </w:r>
          </w:p>
        </w:tc>
        <w:tc>
          <w:tcPr>
            <w:tcW w:type="dxa" w:w="3324"/>
            <w:shd w:fill="D9EAF7"/>
          </w:tcPr>
          <w:p>
            <w:r>
              <w:t>Trainingszugang in der Einheit</w:t>
            </w:r>
          </w:p>
        </w:tc>
      </w:tr>
      <w:tr>
        <w:trPr>
          <w:cantSplit/>
        </w:trPr>
        <w:tc>
          <w:tcPr>
            <w:tcW w:type="dxa" w:w="3324"/>
            <w:vAlign w:val="center"/>
          </w:tcPr>
          <w:p>
            <w:r>
              <w:t>1. Druck erkennen</w:t>
            </w:r>
          </w:p>
        </w:tc>
        <w:tc>
          <w:tcPr>
            <w:tcW w:type="dxa" w:w="3324"/>
            <w:vAlign w:val="center"/>
          </w:tcPr>
          <w:p>
            <w:r>
              <w:t>Ich merke zu spät, dass das Gespräch kippt.</w:t>
            </w:r>
          </w:p>
        </w:tc>
        <w:tc>
          <w:tcPr>
            <w:tcW w:type="dxa" w:w="3324"/>
            <w:vAlign w:val="center"/>
          </w:tcPr>
          <w:p>
            <w:r>
              <w:t>Beobachtung einer vollständigen Szene und gemeinsame Auswertung der Druckentwicklung.</w:t>
            </w:r>
          </w:p>
        </w:tc>
      </w:tr>
      <w:tr>
        <w:trPr>
          <w:cantSplit/>
        </w:trPr>
        <w:tc>
          <w:tcPr>
            <w:tcW w:type="dxa" w:w="3324"/>
            <w:vAlign w:val="center"/>
          </w:tcPr>
          <w:p>
            <w:r>
              <w:t>2. Nicht spiegeln</w:t>
            </w:r>
          </w:p>
        </w:tc>
        <w:tc>
          <w:tcPr>
            <w:tcW w:type="dxa" w:w="3324"/>
            <w:vAlign w:val="center"/>
          </w:tcPr>
          <w:p>
            <w:r>
              <w:t>Ich werde selbst lauter, schneller oder schärfer.</w:t>
            </w:r>
          </w:p>
        </w:tc>
        <w:tc>
          <w:tcPr>
            <w:tcW w:type="dxa" w:w="3324"/>
            <w:vAlign w:val="center"/>
          </w:tcPr>
          <w:p>
            <w:r>
              <w:t>Wirkungserleben mit Stimme, Tempo, Schärfe und emotionaler Ansteckung.</w:t>
            </w:r>
          </w:p>
        </w:tc>
      </w:tr>
      <w:tr>
        <w:trPr>
          <w:cantSplit/>
        </w:trPr>
        <w:tc>
          <w:tcPr>
            <w:tcW w:type="dxa" w:w="3324"/>
            <w:vAlign w:val="center"/>
          </w:tcPr>
          <w:p>
            <w:r>
              <w:t>3. Nicht rechtfertigen</w:t>
            </w:r>
          </w:p>
        </w:tc>
        <w:tc>
          <w:tcPr>
            <w:tcW w:type="dxa" w:w="3324"/>
            <w:vAlign w:val="center"/>
          </w:tcPr>
          <w:p>
            <w:r>
              <w:t>Ich erkläre mich immer weiter.</w:t>
            </w:r>
          </w:p>
        </w:tc>
        <w:tc>
          <w:tcPr>
            <w:tcW w:type="dxa" w:w="3324"/>
            <w:vAlign w:val="center"/>
          </w:tcPr>
          <w:p>
            <w:r>
              <w:t>Vergleich von fortgesetzter Erklärung und einer knappen, tragfähigen Antwort.</w:t>
            </w:r>
          </w:p>
        </w:tc>
      </w:tr>
      <w:tr>
        <w:trPr>
          <w:cantSplit/>
        </w:trPr>
        <w:tc>
          <w:tcPr>
            <w:tcW w:type="dxa" w:w="3324"/>
            <w:vAlign w:val="center"/>
          </w:tcPr>
          <w:p>
            <w:r>
              <w:t>4. Kurze klare Grenze</w:t>
            </w:r>
          </w:p>
        </w:tc>
        <w:tc>
          <w:tcPr>
            <w:tcW w:type="dxa" w:w="3324"/>
            <w:vAlign w:val="center"/>
          </w:tcPr>
          <w:p>
            <w:r>
              <w:t>Ich bleibe zu indirekt oder entschuldigend.</w:t>
            </w:r>
          </w:p>
        </w:tc>
        <w:tc>
          <w:tcPr>
            <w:tcW w:type="dxa" w:w="3324"/>
            <w:vAlign w:val="center"/>
          </w:tcPr>
          <w:p>
            <w:r>
              <w:t>Formulieren, sprechen und in seiner Wirkung überprüfen.</w:t>
            </w:r>
          </w:p>
        </w:tc>
      </w:tr>
      <w:tr>
        <w:trPr>
          <w:cantSplit/>
        </w:trPr>
        <w:tc>
          <w:tcPr>
            <w:tcW w:type="dxa" w:w="3324"/>
            <w:vAlign w:val="center"/>
          </w:tcPr>
          <w:p>
            <w:r>
              <w:t>5. Gespräch beenden / aussteigen</w:t>
            </w:r>
          </w:p>
        </w:tc>
        <w:tc>
          <w:tcPr>
            <w:tcW w:type="dxa" w:w="3324"/>
            <w:vAlign w:val="center"/>
          </w:tcPr>
          <w:p>
            <w:r>
              <w:t>Ich will noch überzeugen oder das letzte Wort.</w:t>
            </w:r>
          </w:p>
        </w:tc>
        <w:tc>
          <w:tcPr>
            <w:tcW w:type="dxa" w:w="3324"/>
            <w:vAlign w:val="center"/>
          </w:tcPr>
          <w:p>
            <w:r>
              <w:t>Gesprächsabschluss und tatsächlicher Ausstieg in der integrierten Erstanwendung; erneute Anwendung in der Stabilisierungsphase.</w:t>
            </w:r>
          </w:p>
        </w:tc>
      </w:tr>
    </w:tbl>
    <w:p>
      <w:pPr>
        <w:pStyle w:val="Heading2"/>
        <w:keepNext/>
      </w:pPr>
      <w:r>
        <w:t>Didaktische Verwendung der Werkzeuge</w:t>
      </w:r>
    </w:p>
    <w:p>
      <w:pPr>
        <w:pStyle w:val="ListBullet"/>
      </w:pPr>
      <w:r>
        <w:t>Die Werkzeuge werden nicht als umfangreicher Methodenkatalog präsentiert. Ihre fünf Bezeichnungen bilden bereits das Merkmodell für die Teilnehmerinnen.</w:t>
      </w:r>
    </w:p>
    <w:p>
      <w:pPr>
        <w:pStyle w:val="ListBullet"/>
      </w:pPr>
      <w:r>
        <w:t>Die ersten Slots machen Fallen und Wirkungen sichtbar; anschließend werden einzelne Werkzeuge fokussiert erprobt und wieder in vollständige Gesprächssituationen zurückgeführt.</w:t>
      </w:r>
    </w:p>
    <w:p>
      <w:pPr>
        <w:pStyle w:val="ListBullet"/>
      </w:pPr>
      <w:r>
        <w:t>Eine Übung darf mehrere Werkzeuge berühren. Für jeden Slot wird trotzdem festgelegt, welches Werkzeug dort im Vordergrund steht und welche Eskalationsfalle erkennbar oder bearbeitbar werden soll.</w:t>
      </w:r>
    </w:p>
    <w:p>
      <w:pPr>
        <w:pStyle w:val="ListBullet"/>
      </w:pPr>
      <w:r>
        <w:t>Die Werkzeuge beschreiben eigene Handlungsmöglichkeiten. Sie sind kein Versprechen, das Verhalten des Gegenübers zu kontrollieren oder eine Eskalation sicher zu verhindern.</w:t>
      </w:r>
    </w:p>
    <w:p>
      <w:pPr>
        <w:pStyle w:val="Heading2"/>
        <w:keepNext/>
      </w:pPr>
      <w:r>
        <w:t>Verteilung im Lernbogen</w:t>
      </w:r>
    </w:p>
    <w:tbl>
      <w:tblPr>
        <w:tblStyle w:val="TableGrid"/>
        <w:tblW w:type="auto" w:w="0"/>
        <w:jc w:val="center"/>
        <w:tblLook w:firstColumn="1" w:firstRow="1" w:lastColumn="0" w:lastRow="0" w:noHBand="0" w:noVBand="1" w:val="04A0"/>
      </w:tblPr>
      <w:tblGrid>
        <w:gridCol w:w="3324"/>
        <w:gridCol w:w="3324"/>
        <w:gridCol w:w="3324"/>
      </w:tblGrid>
      <w:tr>
        <w:trPr>
          <w:tblHeader w:val="true"/>
          <w:cantSplit/>
        </w:trPr>
        <w:tc>
          <w:tcPr>
            <w:tcW w:type="dxa" w:w="3324"/>
            <w:shd w:fill="D9EAF7"/>
          </w:tcPr>
          <w:p>
            <w:r>
              <w:t>Übungselement</w:t>
            </w:r>
          </w:p>
        </w:tc>
        <w:tc>
          <w:tcPr>
            <w:tcW w:type="dxa" w:w="3324"/>
            <w:shd w:fill="D9EAF7"/>
          </w:tcPr>
          <w:p>
            <w:r>
              <w:t>Werkzeugfokus</w:t>
            </w:r>
          </w:p>
        </w:tc>
        <w:tc>
          <w:tcPr>
            <w:tcW w:type="dxa" w:w="3324"/>
            <w:shd w:fill="D9EAF7"/>
          </w:tcPr>
          <w:p>
            <w:r>
              <w:t>Funktion</w:t>
            </w:r>
          </w:p>
        </w:tc>
      </w:tr>
      <w:tr>
        <w:trPr>
          <w:cantSplit/>
        </w:trPr>
        <w:tc>
          <w:tcPr>
            <w:tcW w:type="dxa" w:w="3324"/>
            <w:vAlign w:val="center"/>
          </w:tcPr>
          <w:p>
            <w:r>
              <w:t>Kurze Einführung</w:t>
            </w:r>
          </w:p>
        </w:tc>
        <w:tc>
          <w:tcPr>
            <w:tcW w:type="dxa" w:w="3324"/>
            <w:vAlign w:val="center"/>
          </w:tcPr>
          <w:p>
            <w:r>
              <w:t>Vorbereitung von Werkzeug 1</w:t>
            </w:r>
          </w:p>
        </w:tc>
        <w:tc>
          <w:tcPr>
            <w:tcW w:type="dxa" w:w="3324"/>
            <w:vAlign w:val="center"/>
          </w:tcPr>
          <w:p>
            <w:r>
              <w:t>Thema, Sicherheitsrahmen und Beobachtungsrichtung öffnen.</w:t>
            </w:r>
          </w:p>
        </w:tc>
      </w:tr>
      <w:tr>
        <w:trPr>
          <w:cantSplit/>
        </w:trPr>
        <w:tc>
          <w:tcPr>
            <w:tcW w:type="dxa" w:w="3324"/>
            <w:vAlign w:val="center"/>
          </w:tcPr>
          <w:p>
            <w:r>
              <w:t>Slot 1 – Einstiegsszene</w:t>
            </w:r>
          </w:p>
        </w:tc>
        <w:tc>
          <w:tcPr>
            <w:tcW w:type="dxa" w:w="3324"/>
            <w:vAlign w:val="center"/>
          </w:tcPr>
          <w:p>
            <w:r>
              <w:t>vor allem 1, 3 und 4; diagnostisch auch 2 und 5</w:t>
            </w:r>
          </w:p>
        </w:tc>
        <w:tc>
          <w:tcPr>
            <w:tcW w:type="dxa" w:w="3324"/>
            <w:vAlign w:val="center"/>
          </w:tcPr>
          <w:p>
            <w:r>
              <w:t>Fallen in einem natürlichen Gesprächsverlauf sichtbar machen.</w:t>
            </w:r>
          </w:p>
        </w:tc>
      </w:tr>
      <w:tr>
        <w:trPr>
          <w:cantSplit/>
        </w:trPr>
        <w:tc>
          <w:tcPr>
            <w:tcW w:type="dxa" w:w="3324"/>
            <w:vAlign w:val="center"/>
          </w:tcPr>
          <w:p>
            <w:r>
              <w:t>Slot 2 – Auswertung</w:t>
            </w:r>
          </w:p>
        </w:tc>
        <w:tc>
          <w:tcPr>
            <w:tcW w:type="dxa" w:w="3324"/>
            <w:vAlign w:val="center"/>
          </w:tcPr>
          <w:p>
            <w:r>
              <w:t>Werkzeug 1 trainieren; Fallen zu 2–5 zuordnen</w:t>
            </w:r>
          </w:p>
        </w:tc>
        <w:tc>
          <w:tcPr>
            <w:tcW w:type="dxa" w:w="3324"/>
            <w:vAlign w:val="center"/>
          </w:tcPr>
          <w:p>
            <w:r>
              <w:t>Aus Beobachtungen die fünf Werkzeugrichtungen ableiten.</w:t>
            </w:r>
          </w:p>
        </w:tc>
      </w:tr>
      <w:tr>
        <w:trPr>
          <w:cantSplit/>
        </w:trPr>
        <w:tc>
          <w:tcPr>
            <w:tcW w:type="dxa" w:w="3324"/>
            <w:vAlign w:val="center"/>
          </w:tcPr>
          <w:p>
            <w:r>
              <w:t>Slot 3 – Wirkungslabor</w:t>
            </w:r>
          </w:p>
        </w:tc>
        <w:tc>
          <w:tcPr>
            <w:tcW w:type="dxa" w:w="3324"/>
            <w:vAlign w:val="center"/>
          </w:tcPr>
          <w:p>
            <w:r>
              <w:t>Werkzeuge 2, 3 und 4</w:t>
            </w:r>
          </w:p>
        </w:tc>
        <w:tc>
          <w:tcPr>
            <w:tcW w:type="dxa" w:w="3324"/>
            <w:vAlign w:val="center"/>
          </w:tcPr>
          <w:p>
            <w:r>
              <w:t>Einzelne Wirkungen und das eigene Gefühl gezielt vergleichen.</w:t>
            </w:r>
          </w:p>
        </w:tc>
      </w:tr>
      <w:tr>
        <w:trPr>
          <w:cantSplit/>
        </w:trPr>
        <w:tc>
          <w:tcPr>
            <w:tcW w:type="dxa" w:w="3324"/>
            <w:vAlign w:val="center"/>
          </w:tcPr>
          <w:p>
            <w:r>
              <w:t>Slot 4 – Integrierte Erstanwendung</w:t>
            </w:r>
          </w:p>
        </w:tc>
        <w:tc>
          <w:tcPr>
            <w:tcW w:type="dxa" w:w="3324"/>
            <w:vAlign w:val="center"/>
          </w:tcPr>
          <w:p>
            <w:r>
              <w:t>Werkzeuge 1–5 im Zusammenhang</w:t>
            </w:r>
          </w:p>
        </w:tc>
        <w:tc>
          <w:tcPr>
            <w:tcW w:type="dxa" w:w="3324"/>
            <w:vAlign w:val="center"/>
          </w:tcPr>
          <w:p>
            <w:r>
              <w:t>Grenze halten, Gespräch beenden und tatsächlich aussteigen – erstmals im vollständigen Verlauf.</w:t>
            </w:r>
          </w:p>
        </w:tc>
      </w:tr>
      <w:tr>
        <w:trPr>
          <w:cantSplit/>
        </w:trPr>
        <w:tc>
          <w:tcPr>
            <w:tcW w:type="dxa" w:w="3324"/>
            <w:vAlign w:val="center"/>
          </w:tcPr>
          <w:p>
            <w:r>
              <w:t>Kurzer Abschluss</w:t>
            </w:r>
          </w:p>
        </w:tc>
        <w:tc>
          <w:tcPr>
            <w:tcW w:type="dxa" w:w="3324"/>
            <w:vAlign w:val="center"/>
          </w:tcPr>
          <w:p>
            <w:r>
              <w:t>alle fünf Werkzeuge</w:t>
            </w:r>
          </w:p>
        </w:tc>
        <w:tc>
          <w:tcPr>
            <w:tcW w:type="dxa" w:w="3324"/>
            <w:vAlign w:val="center"/>
          </w:tcPr>
          <w:p>
            <w:r>
              <w:t>Merkmodell sichern und Brücke zur Stabilisierung herstellen.</w:t>
            </w:r>
          </w:p>
        </w:tc>
      </w:tr>
      <w:tr>
        <w:trPr>
          <w:cantSplit/>
        </w:trPr>
        <w:tc>
          <w:tcPr>
            <w:tcW w:type="dxa" w:w="3324"/>
            <w:vAlign w:val="center"/>
          </w:tcPr>
          <w:p>
            <w:r>
              <w:t>Stabilisierungsphase in Nachfolgeeinheit</w:t>
            </w:r>
          </w:p>
        </w:tc>
        <w:tc>
          <w:tcPr>
            <w:tcW w:type="dxa" w:w="3324"/>
            <w:vAlign w:val="center"/>
          </w:tcPr>
          <w:p>
            <w:r>
              <w:t>alle fünf Werkzeuge verfügbar; Schwerpunkt ergibt sich aus der Anwendung</w:t>
            </w:r>
          </w:p>
        </w:tc>
        <w:tc>
          <w:tcPr>
            <w:tcW w:type="dxa" w:w="3324"/>
            <w:vAlign w:val="center"/>
          </w:tcPr>
          <w:p>
            <w:r>
              <w:t>Kurz aktivieren, in neuem Kontext anwenden, tatsächlichen Engpass vertiefen und erneut erproben.</w:t>
            </w:r>
          </w:p>
        </w:tc>
      </w:tr>
    </w:tbl>
    <w:p>
      <w:pPr>
        <w:pStyle w:val="Heading2"/>
        <w:keepNext/>
      </w:pPr>
      <w:r>
        <w:t>Anforderung an jede Slotbeschreibung</w:t>
      </w:r>
    </w:p>
    <w:p>
      <w:r>
        <w:t>Jeder Slot benennt deshalb neben Ziel, Durchführung und Trainerhinweisen ausdrücklich: den Werkzeugfokus, die zugehörige Eskalationsfalle und das erwartete Ergebnis. So bleiben die Übungen flexibel, ohne dass die Werkzeugarchitektur in den Details verloren geht.</w:t>
      </w:r>
    </w:p>
    <w:p>
      <w:pPr>
        <w:pStyle w:val="Heading1"/>
        <w:keepNext/>
      </w:pPr>
      <w:r>
        <w:t>3. Verbindlicher didaktischer Rahmen</w:t>
      </w:r>
    </w:p>
    <w:p>
      <w:pPr>
        <w:pStyle w:val="ListBullet"/>
      </w:pPr>
      <w:r>
        <w:t>Erleben vor Erklären.</w:t>
      </w:r>
    </w:p>
    <w:p>
      <w:pPr>
        <w:pStyle w:val="ListBullet"/>
      </w:pPr>
      <w:r>
        <w:t>Beobachtung und Wirkung vor Bewertung.</w:t>
      </w:r>
    </w:p>
    <w:p>
      <w:pPr>
        <w:pStyle w:val="ListBullet"/>
      </w:pPr>
      <w:r>
        <w:t>Muster und Handlungsoptionen werden möglichst aus der Gruppe entwickelt.</w:t>
      </w:r>
    </w:p>
    <w:p>
      <w:pPr>
        <w:pStyle w:val="ListBullet"/>
      </w:pPr>
      <w:r>
        <w:t>Vollständige kurze Szenen schaffen sozialen Kontext; fokussierte Kurzsequenzen dienen anschließend der gezielten Wirkungserfahrung.</w:t>
      </w:r>
    </w:p>
    <w:p>
      <w:pPr>
        <w:pStyle w:val="ListBullet"/>
      </w:pPr>
      <w:r>
        <w:t>Die Teilnehmerinnen reagieren aus einer Ausgangslage heraus; sie spielen keinen vorgegebenen Dialog.</w:t>
      </w:r>
    </w:p>
    <w:p>
      <w:pPr>
        <w:pStyle w:val="ListBullet"/>
      </w:pPr>
      <w:r>
        <w:t>Freiwilligkeit gilt für jede aktive Rolle. Beobachtung ist eine vollwertige Lernrolle.</w:t>
      </w:r>
    </w:p>
    <w:p>
      <w:pPr>
        <w:pStyle w:val="ListBullet"/>
      </w:pPr>
      <w:r>
        <w:t>Klare Kommunikation erweitert Handlungsmöglichkeiten, garantiert aber weder Kooperation noch Sicherheit.</w:t>
      </w:r>
    </w:p>
    <w:p>
      <w:pPr>
        <w:pStyle w:val="Heading1"/>
        <w:keepNext/>
      </w:pPr>
      <w:r>
        <w:t>4. Rollen- und Szenenprinzip</w:t>
      </w:r>
    </w:p>
    <w:p>
      <w:r>
        <w:t>Der Begriff „Erfahrungsszene“ kann intern genutzt werden, ist aber kein verbindlicher Fachbegriff. Im Kurs genügt die Ankündigung einer kurzen Szene.</w:t>
      </w:r>
    </w:p>
    <w:p>
      <w:r>
        <w:t>Rolleninformationen für Teilnehmerinnen enthalten nur:</w:t>
      </w:r>
    </w:p>
    <w:p>
      <w:pPr>
        <w:pStyle w:val="ListBullet"/>
      </w:pPr>
      <w:r>
        <w:t>die Ausgangssituation,</w:t>
      </w:r>
    </w:p>
    <w:p>
      <w:pPr>
        <w:pStyle w:val="ListBullet"/>
      </w:pPr>
      <w:r>
        <w:t>das persönliche Ziel,</w:t>
      </w:r>
    </w:p>
    <w:p>
      <w:pPr>
        <w:pStyle w:val="ListBullet"/>
      </w:pPr>
      <w:r>
        <w:t>soziale oder emotionale Abhängigkeiten,</w:t>
      </w:r>
    </w:p>
    <w:p>
      <w:pPr>
        <w:pStyle w:val="ListBullet"/>
      </w:pPr>
      <w:r>
        <w:t>einen inneren Konflikt oder ein Harmoniebedürfnis,</w:t>
      </w:r>
    </w:p>
    <w:p>
      <w:pPr>
        <w:pStyle w:val="ListBullet"/>
      </w:pPr>
      <w:r>
        <w:t>die emotionale Ausgangslage.</w:t>
      </w:r>
    </w:p>
    <w:p>
      <w:r>
        <w:t>Die Gesprächsstufen und die mögliche Druckentwicklung bleiben in der Trainerunterlage. Sie dienen der Orientierung, nicht als zwingendes Drehbuch.</w:t>
      </w:r>
    </w:p>
    <w:p>
      <w:pPr>
        <w:pStyle w:val="Heading1"/>
        <w:keepNext/>
      </w:pPr>
      <w:r>
        <w:t>5. Gesamtarchitektur und Zeitsteuerung der Einheit</w:t>
      </w:r>
    </w:p>
    <w:p>
      <w:r>
        <w:t>Die Erarbeitungsphase folgt dem Lernbogen: erleben – verstehen – gezielt ausprobieren – erstmals zusammenhängend anwenden. Die spätere Stabilisierungsphase beginnt nicht mit einer erneuten Unterweisung, sondern mit einer neuen Anwendung. Aus dieser Anwendung wird ein konkreter Engpass ausgewählt, gezielt vertieft und unmittelbar noch einmal erprobt. Einführung und Abschluss rahmen die Erarbeitung, sind aber keine eigenen Übungsslots.</w:t>
      </w:r>
    </w:p>
    <w:tbl>
      <w:tblPr>
        <w:tblStyle w:val="TableGrid"/>
        <w:tblW w:type="auto" w:w="0"/>
        <w:jc w:val="center"/>
        <w:tblLook w:firstColumn="1" w:firstRow="1" w:lastColumn="0" w:lastRow="0" w:noHBand="0" w:noVBand="1" w:val="04A0"/>
      </w:tblPr>
      <w:tblGrid>
        <w:gridCol w:w="2493"/>
        <w:gridCol w:w="2493"/>
        <w:gridCol w:w="2493"/>
        <w:gridCol w:w="2493"/>
      </w:tblGrid>
      <w:tr>
        <w:trPr>
          <w:tblHeader w:val="true"/>
          <w:cantSplit/>
        </w:trPr>
        <w:tc>
          <w:tcPr>
            <w:tcW w:type="dxa" w:w="2493"/>
            <w:shd w:fill="D9EAF7"/>
          </w:tcPr>
          <w:p>
            <w:r/>
            <w:r>
              <w:rPr>
                <w:b/>
              </w:rPr>
              <w:t>Element</w:t>
            </w:r>
          </w:p>
        </w:tc>
        <w:tc>
          <w:tcPr>
            <w:tcW w:type="dxa" w:w="2493"/>
            <w:shd w:fill="D9EAF7"/>
          </w:tcPr>
          <w:p>
            <w:r/>
            <w:r>
              <w:rPr>
                <w:b/>
              </w:rPr>
              <w:t>Schwerpunkt</w:t>
            </w:r>
          </w:p>
        </w:tc>
        <w:tc>
          <w:tcPr>
            <w:tcW w:type="dxa" w:w="2493"/>
            <w:shd w:fill="D9EAF7"/>
          </w:tcPr>
          <w:p>
            <w:r/>
            <w:r>
              <w:rPr>
                <w:b/>
              </w:rPr>
              <w:t>Zeitfenster</w:t>
            </w:r>
          </w:p>
        </w:tc>
        <w:tc>
          <w:tcPr>
            <w:tcW w:type="dxa" w:w="2493"/>
            <w:shd w:fill="D9EAF7"/>
          </w:tcPr>
          <w:p>
            <w:r/>
            <w:r>
              <w:rPr>
                <w:b/>
              </w:rPr>
              <w:t>Funktion</w:t>
            </w:r>
          </w:p>
        </w:tc>
      </w:tr>
      <w:tr>
        <w:trPr>
          <w:cantSplit/>
        </w:trPr>
        <w:tc>
          <w:tcPr>
            <w:tcW w:type="dxa" w:w="2493"/>
            <w:vAlign w:val="center"/>
          </w:tcPr>
          <w:p>
            <w:r>
              <w:t>Kurze Einführung</w:t>
            </w:r>
          </w:p>
        </w:tc>
        <w:tc>
          <w:tcPr>
            <w:tcW w:type="dxa" w:w="2493"/>
            <w:vAlign w:val="center"/>
          </w:tcPr>
          <w:p>
            <w:r>
              <w:t>Rahmung und Beobachtungsauftrag</w:t>
            </w:r>
          </w:p>
        </w:tc>
        <w:tc>
          <w:tcPr>
            <w:tcW w:type="dxa" w:w="2493"/>
            <w:vAlign w:val="center"/>
          </w:tcPr>
          <w:p>
            <w:r>
              <w:t>7 Min.</w:t>
            </w:r>
          </w:p>
        </w:tc>
        <w:tc>
          <w:tcPr>
            <w:tcW w:type="dxa" w:w="2493"/>
            <w:vAlign w:val="center"/>
          </w:tcPr>
          <w:p>
            <w:r>
              <w:t>Thema öffnen, ohne Lösungen vorzugeben.</w:t>
            </w:r>
          </w:p>
        </w:tc>
      </w:tr>
      <w:tr>
        <w:trPr>
          <w:cantSplit/>
        </w:trPr>
        <w:tc>
          <w:tcPr>
            <w:tcW w:type="dxa" w:w="2493"/>
            <w:vAlign w:val="center"/>
          </w:tcPr>
          <w:p>
            <w:r>
              <w:t>Slot 1</w:t>
            </w:r>
          </w:p>
        </w:tc>
        <w:tc>
          <w:tcPr>
            <w:tcW w:type="dxa" w:w="2493"/>
            <w:vAlign w:val="center"/>
          </w:tcPr>
          <w:p>
            <w:r>
              <w:t>Einstiegsszene: sozialer Druck</w:t>
            </w:r>
          </w:p>
        </w:tc>
        <w:tc>
          <w:tcPr>
            <w:tcW w:type="dxa" w:w="2493"/>
            <w:vAlign w:val="center"/>
          </w:tcPr>
          <w:p>
            <w:r>
              <w:t>10 Min.</w:t>
            </w:r>
          </w:p>
        </w:tc>
        <w:tc>
          <w:tcPr>
            <w:tcW w:type="dxa" w:w="2493"/>
            <w:vAlign w:val="center"/>
          </w:tcPr>
          <w:p>
            <w:r>
              <w:t>Fallen authentisch sichtbar machen.</w:t>
            </w:r>
          </w:p>
        </w:tc>
      </w:tr>
      <w:tr>
        <w:trPr>
          <w:cantSplit/>
        </w:trPr>
        <w:tc>
          <w:tcPr>
            <w:tcW w:type="dxa" w:w="2493"/>
            <w:vAlign w:val="center"/>
          </w:tcPr>
          <w:p>
            <w:r>
              <w:t>Slot 2</w:t>
            </w:r>
          </w:p>
        </w:tc>
        <w:tc>
          <w:tcPr>
            <w:tcW w:type="dxa" w:w="2493"/>
            <w:vAlign w:val="center"/>
          </w:tcPr>
          <w:p>
            <w:r>
              <w:t>Gemeinsame Auswertung</w:t>
            </w:r>
          </w:p>
        </w:tc>
        <w:tc>
          <w:tcPr>
            <w:tcW w:type="dxa" w:w="2493"/>
            <w:vAlign w:val="center"/>
          </w:tcPr>
          <w:p>
            <w:r>
              <w:t>18 Min.</w:t>
            </w:r>
          </w:p>
        </w:tc>
        <w:tc>
          <w:tcPr>
            <w:tcW w:type="dxa" w:w="2493"/>
            <w:vAlign w:val="center"/>
          </w:tcPr>
          <w:p>
            <w:r>
              <w:t>Druck, Wirkung und Motive ordnen; Werkzeuge ableiten.</w:t>
            </w:r>
          </w:p>
        </w:tc>
      </w:tr>
      <w:tr>
        <w:trPr>
          <w:cantSplit/>
        </w:trPr>
        <w:tc>
          <w:tcPr>
            <w:tcW w:type="dxa" w:w="2493"/>
            <w:vAlign w:val="center"/>
          </w:tcPr>
          <w:p>
            <w:r>
              <w:t>Slot 3</w:t>
            </w:r>
          </w:p>
        </w:tc>
        <w:tc>
          <w:tcPr>
            <w:tcW w:type="dxa" w:w="2493"/>
            <w:vAlign w:val="center"/>
          </w:tcPr>
          <w:p>
            <w:r>
              <w:t>Wirkungslabor</w:t>
            </w:r>
          </w:p>
        </w:tc>
        <w:tc>
          <w:tcPr>
            <w:tcW w:type="dxa" w:w="2493"/>
            <w:vAlign w:val="center"/>
          </w:tcPr>
          <w:p>
            <w:r>
              <w:t>23 Min.</w:t>
            </w:r>
          </w:p>
        </w:tc>
        <w:tc>
          <w:tcPr>
            <w:tcW w:type="dxa" w:w="2493"/>
            <w:vAlign w:val="center"/>
          </w:tcPr>
          <w:p>
            <w:r>
              <w:t>Werkzeuge 2–4 exemplarisch erleben und eine Veränderung selbst erproben.</w:t>
            </w:r>
          </w:p>
        </w:tc>
      </w:tr>
      <w:tr>
        <w:trPr>
          <w:cantSplit/>
        </w:trPr>
        <w:tc>
          <w:tcPr>
            <w:tcW w:type="dxa" w:w="2493"/>
            <w:vAlign w:val="center"/>
          </w:tcPr>
          <w:p>
            <w:r>
              <w:t>Slot 4</w:t>
            </w:r>
          </w:p>
        </w:tc>
        <w:tc>
          <w:tcPr>
            <w:tcW w:type="dxa" w:w="2493"/>
            <w:vAlign w:val="center"/>
          </w:tcPr>
          <w:p>
            <w:r>
              <w:t>Integrierte Erstanwendung</w:t>
            </w:r>
          </w:p>
        </w:tc>
        <w:tc>
          <w:tcPr>
            <w:tcW w:type="dxa" w:w="2493"/>
            <w:vAlign w:val="center"/>
          </w:tcPr>
          <w:p>
            <w:r>
              <w:t>25 Min.</w:t>
            </w:r>
          </w:p>
        </w:tc>
        <w:tc>
          <w:tcPr>
            <w:tcW w:type="dxa" w:w="2493"/>
            <w:vAlign w:val="center"/>
          </w:tcPr>
          <w:p>
            <w:r>
              <w:t>Werkzeuge 1–5 in einer vollständigen Szene erstmals verbinden.</w:t>
            </w:r>
          </w:p>
        </w:tc>
      </w:tr>
      <w:tr>
        <w:trPr>
          <w:cantSplit/>
        </w:trPr>
        <w:tc>
          <w:tcPr>
            <w:tcW w:type="dxa" w:w="2493"/>
            <w:vAlign w:val="center"/>
          </w:tcPr>
          <w:p>
            <w:r>
              <w:t>Kurzer Abschluss</w:t>
            </w:r>
          </w:p>
        </w:tc>
        <w:tc>
          <w:tcPr>
            <w:tcW w:type="dxa" w:w="2493"/>
            <w:vAlign w:val="center"/>
          </w:tcPr>
          <w:p>
            <w:r>
              <w:t>Zusammenführung und Brücke</w:t>
            </w:r>
          </w:p>
        </w:tc>
        <w:tc>
          <w:tcPr>
            <w:tcW w:type="dxa" w:w="2493"/>
            <w:vAlign w:val="center"/>
          </w:tcPr>
          <w:p>
            <w:r>
              <w:t>7 Min.</w:t>
            </w:r>
          </w:p>
        </w:tc>
        <w:tc>
          <w:tcPr>
            <w:tcW w:type="dxa" w:w="2493"/>
            <w:vAlign w:val="center"/>
          </w:tcPr>
          <w:p>
            <w:r>
              <w:t>Merkmodell sichern und Stabilisierung ankündigen.</w:t>
            </w:r>
          </w:p>
        </w:tc>
      </w:tr>
    </w:tbl>
    <w:p>
      <w:r>
        <w:t>Die 90 Minuten sind ein Planungsrahmen, keine Stoppuhrregie. Die Planwerte schließen kurze Übergänge ein. Wenn Reflexion oder Gruppendynamik mehr Raum benötigen, werden zusätzliche Varianten oder zweite aktive Durchgänge in die Stabilisierungsphase verschoben; Reflexion, Werkzeug 5 und der Abschluss werden nicht gehetzt.</w:t>
      </w:r>
    </w:p>
    <w:p>
      <w:pPr>
        <w:pStyle w:val="Heading2"/>
      </w:pPr>
      <w:r>
        <w:t>Zweiphasiges Lernkonzept</w:t>
      </w:r>
    </w:p>
    <w:p>
      <w:r>
        <w:t>Die Erarbeitung und die Stabilisierung verfolgen bewusst unterschiedliche Lernansprüche. Einheit 2 muss nicht bereits sichere Anwendung unter Druck erzeugen. Sie schafft ein gemeinsames Werkzeugmodell, erste Körper- und Wirkungserfahrungen sowie eine erste vollständige Anwendung.</w:t>
      </w:r>
    </w:p>
    <w:tbl>
      <w:tblPr>
        <w:tblStyle w:val="TableGrid"/>
        <w:tblW w:type="auto" w:w="0"/>
        <w:jc w:val="center"/>
        <w:tblLook w:firstColumn="1" w:firstRow="1" w:lastColumn="0" w:lastRow="0" w:noHBand="0" w:noVBand="1" w:val="04A0"/>
      </w:tblPr>
      <w:tblGrid>
        <w:gridCol w:w="3324"/>
        <w:gridCol w:w="3324"/>
        <w:gridCol w:w="3324"/>
      </w:tblGrid>
      <w:tr>
        <w:trPr>
          <w:tblHeader w:val="true"/>
          <w:cantSplit/>
        </w:trPr>
        <w:tc>
          <w:tcPr>
            <w:tcW w:type="dxa" w:w="3324"/>
            <w:shd w:fill="D9EAF7"/>
          </w:tcPr>
          <w:p>
            <w:r>
              <w:t>Phase</w:t>
            </w:r>
          </w:p>
        </w:tc>
        <w:tc>
          <w:tcPr>
            <w:tcW w:type="dxa" w:w="3324"/>
            <w:shd w:fill="D9EAF7"/>
          </w:tcPr>
          <w:p>
            <w:r>
              <w:t>Planzeit</w:t>
            </w:r>
          </w:p>
        </w:tc>
        <w:tc>
          <w:tcPr>
            <w:tcW w:type="dxa" w:w="3324"/>
            <w:shd w:fill="D9EAF7"/>
          </w:tcPr>
          <w:p>
            <w:r>
              <w:t>Lernanspruch</w:t>
            </w:r>
          </w:p>
        </w:tc>
      </w:tr>
      <w:tr>
        <w:trPr>
          <w:cantSplit/>
        </w:trPr>
        <w:tc>
          <w:tcPr>
            <w:tcW w:type="dxa" w:w="3324"/>
            <w:vAlign w:val="center"/>
          </w:tcPr>
          <w:p>
            <w:r>
              <w:t>Erarbeitungsphase – Einheit 2</w:t>
            </w:r>
          </w:p>
        </w:tc>
        <w:tc>
          <w:tcPr>
            <w:tcW w:type="dxa" w:w="3324"/>
            <w:vAlign w:val="center"/>
          </w:tcPr>
          <w:p>
            <w:r>
              <w:t>90 Minuten</w:t>
            </w:r>
          </w:p>
        </w:tc>
        <w:tc>
          <w:tcPr>
            <w:tcW w:type="dxa" w:w="3324"/>
            <w:vAlign w:val="center"/>
          </w:tcPr>
          <w:p>
            <w:r>
              <w:t>Werkzeuge verstehen, typische Fallen erkennen, Werkzeuge 2–4 exemplarisch erproben und alle fünf Werkzeuge erstmals in einer vollständigen Szene verbinden.</w:t>
            </w:r>
          </w:p>
        </w:tc>
      </w:tr>
      <w:tr>
        <w:trPr>
          <w:cantSplit/>
        </w:trPr>
        <w:tc>
          <w:tcPr>
            <w:tcW w:type="dxa" w:w="3324"/>
            <w:vAlign w:val="center"/>
          </w:tcPr>
          <w:p>
            <w:r>
              <w:t>Stabilisierungsphase – Nachfolgeeinheit</w:t>
            </w:r>
          </w:p>
        </w:tc>
        <w:tc>
          <w:tcPr>
            <w:tcW w:type="dxa" w:w="3324"/>
            <w:vAlign w:val="center"/>
          </w:tcPr>
          <w:p>
            <w:r>
              <w:t>Planwert 35 Minuten</w:t>
            </w:r>
          </w:p>
        </w:tc>
        <w:tc>
          <w:tcPr>
            <w:tcW w:type="dxa" w:w="3324"/>
            <w:vAlign w:val="center"/>
          </w:tcPr>
          <w:p>
            <w:r>
              <w:t>Werkzeuge knapp aktivieren, ohne Wiederholungsvortrag in einem neuen Kontext anwenden, einen tatsächlich sichtbaren Engpass gezielt vertiefen und den entscheidenden Moment erneut erproben.</w:t>
            </w:r>
          </w:p>
        </w:tc>
      </w:tr>
    </w:tbl>
    <w:p>
      <w:r>
        <w:t>Die Stabilisierungsphase ist kein Ersatz für zu knapp geplante Reflexion. Ihr Schwerpunkt liegt auf Anwendung, Diagnose eines tatsächlich sichtbaren Engpasses und gezielter Vertiefung. Aus der Erarbeitungsphase werden dorthin vor allem weitere freiwillige Durchgänge, zusätzliche Antwortvarianten und eine zweite Anwendung in verändertem Kontext verschoben.</w:t>
      </w:r>
    </w:p>
    <w:p>
      <w:pPr>
        <w:pStyle w:val="Heading1"/>
        <w:keepNext/>
      </w:pPr>
      <w:r>
        <w:t>6. Kurze Einführung – Von Beschwichtigung zu Klarheit</w:t>
      </w:r>
    </w:p>
    <w:p>
      <w:pPr>
        <w:pStyle w:val="Heading2"/>
        <w:keepNext/>
      </w:pPr>
      <w:r>
        <w:t>Ziel</w:t>
      </w:r>
    </w:p>
    <w:p>
      <w:r>
        <w:t>Die Teilnehmerinnen verstehen, dass es um Handlungsfähigkeit in unangenehmen Situationen geht – nicht um perfekte Kommunikation, besondere Schlagfertigkeit oder die Pflicht, stets freundlich zu bleiben.</w:t>
      </w:r>
    </w:p>
    <w:p>
      <w:pPr>
        <w:pStyle w:val="Heading2"/>
        <w:keepNext/>
      </w:pPr>
      <w:r>
        <w:t>Werkzeugbezug</w:t>
      </w:r>
    </w:p>
    <w:p>
      <w:r>
        <w:t>Die Einführung bereitet vor allem Werkzeug 1 „Druck erkennen“ vor. Die fünf Werkzeuge werden noch nicht als Lösungskatalog erläutert; sie entstehen später aus der beobachteten Szene.</w:t>
      </w:r>
    </w:p>
    <w:p>
      <w:pPr>
        <w:pStyle w:val="Heading2"/>
        <w:keepNext/>
      </w:pPr>
      <w:r>
        <w:t>Zeitfenster und Material</w:t>
      </w:r>
    </w:p>
    <w:p>
      <w:r>
        <w:t>Planwert in der 90-Minuten-Fassung: 7 Minuten.</w:t>
      </w:r>
    </w:p>
    <w:p>
      <w:r>
        <w:t>Material: Flipchart oder Whiteboard für den Beobachtungsauftrag.</w:t>
      </w:r>
    </w:p>
    <w:p>
      <w:pPr>
        <w:pStyle w:val="Heading2"/>
        <w:keepNext/>
      </w:pPr>
      <w:r>
        <w:t>Durchführung</w:t>
      </w:r>
    </w:p>
    <w:p>
      <w:r>
        <w:t>Der Trainer eröffnet die Einheit kurz und alltagsnah. Er benennt, dass Menschen unter sozialem Druck häufig erklären, lächeln, beschwichtigen oder nachgeben, weil sie freundlich bleiben, niemanden enttäuschen oder keinen Streit auslösen möchten. Diese Reaktionen werden nicht als Schwäche bewertet.</w:t>
      </w:r>
    </w:p>
    <w:p>
      <w:pPr>
        <w:ind w:left="397"/>
      </w:pPr>
      <w:r>
        <w:rPr>
          <w:i/>
        </w:rPr>
        <w:t>„Heute geht es nicht darum, Konflikte perfekt zu lösen. Es geht darum, in unangenehmen Situationen handlungsfähig zu bleiben. Wir schauen uns zunächst eine kurze Alltagsszene an und beobachten, was dort passiert.“</w:t>
      </w:r>
    </w:p>
    <w:p>
      <w:r>
        <w:t>Beobachtungsauftrag vor der Szene:</w:t>
      </w:r>
    </w:p>
    <w:p>
      <w:pPr>
        <w:pStyle w:val="ListBullet"/>
      </w:pPr>
      <w:r>
        <w:t>Wodurch entsteht Druck?</w:t>
      </w:r>
    </w:p>
    <w:p>
      <w:pPr>
        <w:pStyle w:val="ListBullet"/>
      </w:pPr>
      <w:r>
        <w:t>Wann beginnt die Person, sich zu erklären oder zu beschwichtigen?</w:t>
      </w:r>
    </w:p>
    <w:p>
      <w:pPr>
        <w:pStyle w:val="ListBullet"/>
      </w:pPr>
      <w:r>
        <w:t>Wann wird eine Grenze klarer oder unklarer?</w:t>
      </w:r>
    </w:p>
    <w:p>
      <w:pPr>
        <w:pStyle w:val="Heading2"/>
        <w:keepNext/>
      </w:pPr>
      <w:r>
        <w:t>Trainerhinweise</w:t>
      </w:r>
    </w:p>
    <w:p>
      <w:pPr>
        <w:pStyle w:val="ListBullet"/>
      </w:pPr>
      <w:r>
        <w:t>Nicht mit einer längeren Theorieeinführung beginnen.</w:t>
      </w:r>
    </w:p>
    <w:p>
      <w:pPr>
        <w:pStyle w:val="ListBullet"/>
      </w:pPr>
      <w:r>
        <w:t>Nicht ankündigen, welches Verhalten in der Szene erwartet wird.</w:t>
      </w:r>
    </w:p>
    <w:p>
      <w:pPr>
        <w:pStyle w:val="ListBullet"/>
      </w:pPr>
      <w:r>
        <w:t>Sozialisationsmuster vorsichtig und ohne Defizitbotschaft ansprechen.</w:t>
      </w:r>
    </w:p>
    <w:p>
      <w:pPr>
        <w:pStyle w:val="ListBullet"/>
      </w:pPr>
      <w:r>
        <w:t>Noch keine Lösungssätze oder Werkzeuge vorgeben.</w:t>
      </w:r>
    </w:p>
    <w:p>
      <w:pPr>
        <w:pStyle w:val="Heading2"/>
        <w:keepNext/>
      </w:pPr>
      <w:r>
        <w:t>Übergang</w:t>
      </w:r>
    </w:p>
    <w:p>
      <w:pPr>
        <w:ind w:left="397"/>
      </w:pPr>
      <w:r>
        <w:rPr>
          <w:i/>
        </w:rPr>
        <w:t>„Beobachtet zunächst nur, was sich entwickelt. Über andere Möglichkeiten sprechen wir anschließend.“</w:t>
      </w:r>
    </w:p>
    <w:p>
      <w:pPr>
        <w:pStyle w:val="Heading1"/>
        <w:keepNext/>
      </w:pPr>
      <w:r>
        <w:t>7. Slot 1 – Einstiegsszene: Rechtfertigungs- und Harmoniedruck</w:t>
      </w:r>
    </w:p>
    <w:p>
      <w:pPr>
        <w:pStyle w:val="Heading2"/>
        <w:keepNext/>
      </w:pPr>
      <w:r>
        <w:t>Ziel</w:t>
      </w:r>
    </w:p>
    <w:p>
      <w:r>
        <w:t>Die Gruppe erlebt eine vollständige, niedrig dosierte Alltagsszene, in der eine Person gehen oder eine Bitte ablehnen möchte und das Gegenüber dies nicht sofort akzeptiert. Sichtbar werden sozialer Druck, Rechtfertigungsimpulse, Beschwichtigung und ein möglicherweise unklar werdender Gesprächsabschluss.</w:t>
      </w:r>
    </w:p>
    <w:p>
      <w:pPr>
        <w:pStyle w:val="Heading2"/>
        <w:keepNext/>
      </w:pPr>
      <w:r>
        <w:t>Werkzeugfokus und erwartetes Ergebnis</w:t>
      </w:r>
    </w:p>
    <w:p>
      <w:r>
        <w:t>Im Vordergrund stehen Werkzeug 1 „Druck erkennen“ sowie die Eskalationsfallen zu Werkzeug 3 „Nicht rechtfertigen“ und Werkzeug 4 „Kurze klare Grenze“. Spiegelung und fehlender Gesprächsabschluss können zusätzlich auftreten, werden aber nicht künstlich erzeugt.</w:t>
      </w:r>
    </w:p>
    <w:p>
      <w:r>
        <w:t>Erwartetes Ergebnis: Die Szene liefert ein gemeinsames, nicht bewertetes Erlebnis, auf das die Auswertung in Slot 2 konkret Bezug nehmen kann.</w:t>
      </w:r>
    </w:p>
    <w:p>
      <w:pPr>
        <w:pStyle w:val="Heading2"/>
        <w:keepNext/>
      </w:pPr>
      <w:r>
        <w:t>Zeitfenster und Material</w:t>
      </w:r>
    </w:p>
    <w:p>
      <w:r>
        <w:t>Planwert in der 90-Minuten-Fassung: 10 Minuten einschließlich Rollenbriefing, Szene und kurzer Erstreaktion.</w:t>
      </w:r>
    </w:p>
    <w:p>
      <w:r>
        <w:t>Material: zwei knappe Rollenkarten; interne Trainerunterlage zur möglichen Druckentwicklung.</w:t>
      </w:r>
    </w:p>
    <w:p>
      <w:pPr>
        <w:pStyle w:val="Heading2"/>
        <w:keepNext/>
      </w:pPr>
      <w:r>
        <w:t>Ausgangssituation</w:t>
      </w:r>
    </w:p>
    <w:p>
      <w:r>
        <w:t>Alltagskontext: Verein, ehrenamtliche Tätigkeit oder vergleichbare gemeinsame Aufgabe. Person A möchte wie geplant gehen. Person B möchte, dass A noch kurz mithilft.</w:t>
      </w:r>
    </w:p>
    <w:p>
      <w:pPr>
        <w:pStyle w:val="Heading2"/>
        <w:keepNext/>
      </w:pPr>
      <w:r>
        <w:t>Rollenkarte Person A – freiwillige Teilnehmerin</w:t>
      </w:r>
    </w:p>
    <w:p>
      <w:pPr>
        <w:pStyle w:val="ListBullet"/>
      </w:pPr>
      <w:r>
        <w:t>Du möchtest jetzt gehen und hast dafür einen privaten, sachlichen Grund, den du nicht näher erklären möchtest.</w:t>
      </w:r>
    </w:p>
    <w:p>
      <w:pPr>
        <w:pStyle w:val="ListBullet"/>
      </w:pPr>
      <w:r>
        <w:t>Dir ist ein gutes Verhältnis zur anderen Person wichtig.</w:t>
      </w:r>
    </w:p>
    <w:p>
      <w:pPr>
        <w:pStyle w:val="ListBullet"/>
      </w:pPr>
      <w:r>
        <w:t>Du möchtest niemanden enttäuschen und keinen Streit auslösen.</w:t>
      </w:r>
    </w:p>
    <w:p>
      <w:pPr>
        <w:pStyle w:val="ListBullet"/>
      </w:pPr>
      <w:r>
        <w:t>Gleichzeitig willst du tatsächlich gehen.</w:t>
      </w:r>
    </w:p>
    <w:p>
      <w:pPr>
        <w:pStyle w:val="ListBullet"/>
      </w:pPr>
      <w:r>
        <w:t>Reagiere so, wie es sich für dich in der Situation stimmig anfühlt.</w:t>
      </w:r>
    </w:p>
    <w:p>
      <w:pPr>
        <w:pStyle w:val="Heading2"/>
        <w:keepNext/>
      </w:pPr>
      <w:r>
        <w:t>Rollenkarte Person B – Trainer oder vorbereitete Partnerin</w:t>
      </w:r>
    </w:p>
    <w:p>
      <w:pPr>
        <w:pStyle w:val="ListBullet"/>
      </w:pPr>
      <w:r>
        <w:t>Du möchtest, dass Person A noch kurz bleibt und mithilft.</w:t>
      </w:r>
    </w:p>
    <w:p>
      <w:pPr>
        <w:pStyle w:val="ListBullet"/>
      </w:pPr>
      <w:r>
        <w:t>Du hältst deine Bitte für zumutbar und verstehst zunächst nicht, warum A gehen will.</w:t>
      </w:r>
    </w:p>
    <w:p>
      <w:pPr>
        <w:pStyle w:val="ListBullet"/>
      </w:pPr>
      <w:r>
        <w:t>Bleibe sozial plausibel; werde nicht laut, beleidigend oder bedrohlich.</w:t>
      </w:r>
    </w:p>
    <w:p>
      <w:pPr>
        <w:pStyle w:val="ListBullet"/>
      </w:pPr>
      <w:r>
        <w:t>Nutze Nachfragen, Verkleinerung des Aufwands und leichte Enttäuschung, ohne einen festen Dialog abzuspulen.</w:t>
      </w:r>
    </w:p>
    <w:p>
      <w:pPr>
        <w:pStyle w:val="Heading2"/>
        <w:keepNext/>
      </w:pPr>
      <w:r>
        <w:t>Interne Trainerorientierung</w:t>
      </w:r>
    </w:p>
    <w:p>
      <w:r>
        <w:t>Die Druckentwicklung kann von einer freundlichen Bitte über wiederholtes Nachfragen und Verkleinerung des Aufwands bis zu leichtem moralischem Druck reichen. Die Stufen werden nicht an die Teilnehmerin ausgegeben und müssen nicht vollständig erreicht werden.</w:t>
      </w:r>
    </w:p>
    <w:p>
      <w:r>
        <w:t>Mögliche Impulse für Person B: „Es dauert doch nur kurz.“ – „Du bist doch ohnehin noch da.“ – „Wir haben uns eigentlich auf dich verlassen.“</w:t>
      </w:r>
    </w:p>
    <w:p>
      <w:pPr>
        <w:pStyle w:val="Heading2"/>
        <w:keepNext/>
      </w:pPr>
      <w:r>
        <w:t>Durchführung</w:t>
      </w:r>
    </w:p>
    <w:p>
      <w:pPr>
        <w:spacing w:before="0" w:after="0" w:line="240" w:lineRule="auto"/>
        <w:ind w:left="369" w:hanging="255"/>
      </w:pPr>
      <w:r>
        <w:t>1. Rollen getrennt und knapp briefen.</w:t>
      </w:r>
    </w:p>
    <w:p>
      <w:pPr>
        <w:spacing w:before="0" w:after="0" w:line="240" w:lineRule="auto"/>
        <w:ind w:left="369" w:hanging="255"/>
      </w:pPr>
      <w:r>
        <w:t>2. Beobachtungsauftrag aus der Einführung in einem Satz erinnern.</w:t>
      </w:r>
    </w:p>
    <w:p>
      <w:pPr>
        <w:spacing w:before="0" w:after="0" w:line="240" w:lineRule="auto"/>
        <w:ind w:left="369" w:hanging="255"/>
      </w:pPr>
      <w:r>
        <w:t>3. Szene etwa zwei bis vier Minuten laufen lassen.</w:t>
      </w:r>
    </w:p>
    <w:p>
      <w:pPr>
        <w:spacing w:before="0" w:after="0" w:line="240" w:lineRule="auto"/>
        <w:ind w:left="369" w:hanging="255"/>
      </w:pPr>
      <w:r>
        <w:t>4. Stoppen, sobald das Muster ausreichend sichtbar ist: wiederholte Erklärung, zunehmende Beschwichtigung, unklarer Abschluss oder erkennbarer Verhandlungsspielraum.</w:t>
      </w:r>
    </w:p>
    <w:p>
      <w:pPr>
        <w:spacing w:before="0" w:after="0" w:line="240" w:lineRule="auto"/>
        <w:ind w:left="369" w:hanging="255"/>
      </w:pPr>
      <w:r>
        <w:t>5. Unmittelbar danach nur eine kurze Erstreaktion sichern; die vertiefte Auswertung erfolgt in Slot 2.</w:t>
      </w:r>
    </w:p>
    <w:p>
      <w:pPr>
        <w:pStyle w:val="Heading2"/>
        <w:keepNext/>
      </w:pPr>
      <w:r>
        <w:t>Kurze Erstreaktion</w:t>
      </w:r>
    </w:p>
    <w:p>
      <w:pPr>
        <w:pStyle w:val="ListBullet"/>
      </w:pPr>
      <w:r>
        <w:t>An Person A: „Wie hat sich die Situation für dich angefühlt?“</w:t>
      </w:r>
    </w:p>
    <w:p>
      <w:pPr>
        <w:pStyle w:val="ListBullet"/>
      </w:pPr>
      <w:r>
        <w:t>An Person B: „Was hat dir das Gefühl gegeben, noch weiterfragen zu können?“</w:t>
      </w:r>
    </w:p>
    <w:p>
      <w:pPr>
        <w:pStyle w:val="ListBullet"/>
      </w:pPr>
      <w:r>
        <w:t>An das Plenum: „Was ist euch als Erstes aufgefallen?“</w:t>
      </w:r>
    </w:p>
    <w:p>
      <w:pPr>
        <w:pStyle w:val="Heading2"/>
        <w:keepNext/>
      </w:pPr>
      <w:r>
        <w:t>Trainerhinweise</w:t>
      </w:r>
    </w:p>
    <w:p>
      <w:pPr>
        <w:pStyle w:val="ListBullet"/>
      </w:pPr>
      <w:r>
        <w:t>Die freiwillige Teilnehmerin nicht als Testperson behandeln.</w:t>
      </w:r>
    </w:p>
    <w:p>
      <w:pPr>
        <w:pStyle w:val="ListBullet"/>
      </w:pPr>
      <w:r>
        <w:t>Nicht sagen oder andeuten, sie habe sich falsch verhalten.</w:t>
      </w:r>
    </w:p>
    <w:p>
      <w:pPr>
        <w:pStyle w:val="ListBullet"/>
      </w:pPr>
      <w:r>
        <w:t>Keine schweren privaten Abhängigkeiten, sexualisierten Inhalte oder Bedrohungen einbauen.</w:t>
      </w:r>
    </w:p>
    <w:p>
      <w:pPr>
        <w:pStyle w:val="ListBullet"/>
      </w:pPr>
      <w:r>
        <w:t>Die Szene nicht künstlich bis zu einem klaren Lehrsatz treiben.</w:t>
      </w:r>
    </w:p>
    <w:p>
      <w:pPr>
        <w:pStyle w:val="Heading1"/>
        <w:keepNext/>
      </w:pPr>
      <w:r>
        <w:t>8. Slot 2 – Gemeinsame Auswertung und Ableitung der Werkzeuge</w:t>
      </w:r>
    </w:p>
    <w:p>
      <w:pPr>
        <w:pStyle w:val="Heading2"/>
        <w:keepNext/>
      </w:pPr>
      <w:r>
        <w:t>Ziel</w:t>
      </w:r>
    </w:p>
    <w:p>
      <w:r>
        <w:t>Die Teilnehmerinnen ordnen frei geäußerte Beobachtungen, Wirkungen und mögliche innere Motive. Sie trainieren vor allem, Druck und ein Kippen des Gesprächs früher zu erkennen. Zugleich werden die in der Szene sichtbaren Eskalationsfallen den fünf Werkzeugen zugeordnet.</w:t>
      </w:r>
    </w:p>
    <w:p>
      <w:pPr>
        <w:pStyle w:val="Heading2"/>
        <w:keepNext/>
      </w:pPr>
      <w:r>
        <w:t>Werkzeugfokus und erwartetes Ergebnis</w:t>
      </w:r>
    </w:p>
    <w:p>
      <w:r>
        <w:t>Hauptfokus: Werkzeug 1 „Druck erkennen“.</w:t>
      </w:r>
    </w:p>
    <w:p>
      <w:r>
        <w:t>Diagnostischer Bezug: Die Fallen zu den Werkzeugen 2 bis 5 werden dort sichtbar gemacht, wo sie in der Szene tatsächlich aufgetreten sind.</w:t>
      </w:r>
    </w:p>
    <w:p>
      <w:r>
        <w:t>Erwartetes Ergebnis: Die Gruppe kann benennen, wodurch Druck entstanden ist, wie Reaktionen den Verlauf beeinflusst haben und an welchen Stellen eines oder mehrere Werkzeuge Handlungsspielraum eröffnet hätten.</w:t>
      </w:r>
    </w:p>
    <w:p>
      <w:pPr>
        <w:pStyle w:val="Heading2"/>
        <w:keepNext/>
      </w:pPr>
      <w:r>
        <w:t>Zeitfenster und Material</w:t>
      </w:r>
    </w:p>
    <w:p>
      <w:r>
        <w:t>Planwert in der 90-Minuten-Fassung: 18 Minuten. Die Reflexion wird nicht zugunsten zusätzlicher Übungsvarianten verkürzt.</w:t>
      </w:r>
    </w:p>
    <w:p>
      <w:r>
        <w:t>Material: Flipchart oder Whiteboard mit drei Bereichen; kleiner Ideenspeicher „Das probieren wir später aus“; vorbereitete Übersicht der fünf Werkzeuge für die abschließende Verdichtung.</w:t>
      </w:r>
    </w:p>
    <w:p>
      <w:pPr>
        <w:pStyle w:val="Heading2"/>
        <w:keepNext/>
      </w:pPr>
      <w:r>
        <w:t>Visualisierung</w:t>
      </w:r>
    </w:p>
    <w:tbl>
      <w:tblPr>
        <w:tblStyle w:val="TableGrid"/>
        <w:tblW w:type="auto" w:w="0"/>
        <w:jc w:val="center"/>
        <w:tblLook w:firstColumn="1" w:firstRow="1" w:lastColumn="0" w:lastRow="0" w:noHBand="0" w:noVBand="1" w:val="04A0"/>
      </w:tblPr>
      <w:tblGrid>
        <w:gridCol w:w="3324"/>
        <w:gridCol w:w="3324"/>
        <w:gridCol w:w="3324"/>
      </w:tblGrid>
      <w:tr>
        <w:trPr>
          <w:tblHeader w:val="true"/>
          <w:cantSplit/>
        </w:trPr>
        <w:tc>
          <w:tcPr>
            <w:tcW w:type="dxa" w:w="3324"/>
            <w:shd w:fill="D9EAF7"/>
          </w:tcPr>
          <w:p>
            <w:r/>
            <w:r>
              <w:rPr>
                <w:b/>
              </w:rPr>
              <w:t>Was war zu sehen?</w:t>
            </w:r>
          </w:p>
        </w:tc>
        <w:tc>
          <w:tcPr>
            <w:tcW w:type="dxa" w:w="3324"/>
            <w:shd w:fill="D9EAF7"/>
          </w:tcPr>
          <w:p>
            <w:r/>
            <w:r>
              <w:rPr>
                <w:b/>
              </w:rPr>
              <w:t>Was hat es ausgelöst?</w:t>
            </w:r>
          </w:p>
        </w:tc>
        <w:tc>
          <w:tcPr>
            <w:tcW w:type="dxa" w:w="3324"/>
            <w:shd w:fill="D9EAF7"/>
          </w:tcPr>
          <w:p>
            <w:r/>
            <w:r>
              <w:rPr>
                <w:b/>
              </w:rPr>
              <w:t>Was steckte möglicherweise dahinter?</w:t>
            </w:r>
          </w:p>
        </w:tc>
      </w:tr>
      <w:tr>
        <w:trPr>
          <w:cantSplit/>
        </w:trPr>
        <w:tc>
          <w:tcPr>
            <w:tcW w:type="dxa" w:w="3324"/>
            <w:vAlign w:val="center"/>
          </w:tcPr>
          <w:p>
            <w:r>
              <w:t>Worte, Stimme, Mimik, Verhalten, Gesprächsverlauf</w:t>
            </w:r>
          </w:p>
        </w:tc>
        <w:tc>
          <w:tcPr>
            <w:tcW w:type="dxa" w:w="3324"/>
            <w:vAlign w:val="center"/>
          </w:tcPr>
          <w:p>
            <w:r>
              <w:t>Wirkung auf Druck, Klarheit, Länge und Verhandlungsspielraum</w:t>
            </w:r>
          </w:p>
        </w:tc>
        <w:tc>
          <w:tcPr>
            <w:tcW w:type="dxa" w:w="3324"/>
            <w:vAlign w:val="center"/>
          </w:tcPr>
          <w:p>
            <w:r>
              <w:t>z. B. freundlich bleiben, Streit vermeiden, niemanden enttäuschen</w:t>
            </w:r>
          </w:p>
        </w:tc>
      </w:tr>
    </w:tbl>
    <w:p>
      <w:r>
        <w:t>Zusätzlicher kleiner Bereich: „Das probieren wir später aus“.</w:t>
      </w:r>
    </w:p>
    <w:p>
      <w:pPr>
        <w:pStyle w:val="Heading2"/>
        <w:keepNext/>
      </w:pPr>
      <w:r>
        <w:t>Interne Beobachtungsmatrix für den Trainer</w:t>
      </w:r>
    </w:p>
    <w:p>
      <w:r>
        <w:t>Die Matrix wird nicht als fünfteiliger Fragebogen abgearbeitet. Sie dient dem Trainer als inhaltlicher Kompass, damit die Werkzeugarchitektur trotz offener Moderation nicht verloren geht.</w:t>
      </w:r>
    </w:p>
    <w:tbl>
      <w:tblPr>
        <w:tblStyle w:val="TableGrid"/>
        <w:tblW w:type="auto" w:w="0"/>
        <w:jc w:val="center"/>
        <w:tblLook w:firstColumn="1" w:firstRow="1" w:lastColumn="0" w:lastRow="0" w:noHBand="0" w:noVBand="1" w:val="04A0"/>
      </w:tblPr>
      <w:tblGrid>
        <w:gridCol w:w="3324"/>
        <w:gridCol w:w="3324"/>
        <w:gridCol w:w="3324"/>
      </w:tblGrid>
      <w:tr>
        <w:trPr>
          <w:tblHeader w:val="true"/>
          <w:cantSplit/>
        </w:trPr>
        <w:tc>
          <w:tcPr>
            <w:tcW w:type="dxa" w:w="3324"/>
            <w:shd w:fill="D9EAF7"/>
          </w:tcPr>
          <w:p>
            <w:r/>
            <w:r>
              <w:rPr>
                <w:b/>
              </w:rPr>
              <w:t>Werkzeug</w:t>
            </w:r>
          </w:p>
        </w:tc>
        <w:tc>
          <w:tcPr>
            <w:tcW w:type="dxa" w:w="3324"/>
            <w:shd w:fill="D9EAF7"/>
          </w:tcPr>
          <w:p>
            <w:r/>
            <w:r>
              <w:rPr>
                <w:b/>
              </w:rPr>
              <w:t>Mögliche Beobachtung</w:t>
            </w:r>
          </w:p>
        </w:tc>
        <w:tc>
          <w:tcPr>
            <w:tcW w:type="dxa" w:w="3324"/>
            <w:shd w:fill="D9EAF7"/>
          </w:tcPr>
          <w:p>
            <w:r/>
            <w:r>
              <w:rPr>
                <w:b/>
              </w:rPr>
              <w:t>Eskalationsfalle</w:t>
            </w:r>
          </w:p>
        </w:tc>
      </w:tr>
      <w:tr>
        <w:trPr>
          <w:cantSplit/>
        </w:trPr>
        <w:tc>
          <w:tcPr>
            <w:tcW w:type="dxa" w:w="3324"/>
            <w:vAlign w:val="center"/>
          </w:tcPr>
          <w:p>
            <w:r>
              <w:t>1. Druck erkennen</w:t>
            </w:r>
          </w:p>
        </w:tc>
        <w:tc>
          <w:tcPr>
            <w:tcW w:type="dxa" w:w="3324"/>
            <w:vAlign w:val="center"/>
          </w:tcPr>
          <w:p>
            <w:r>
              <w:t>Wiederholtes Nachfragen, Verkleinerung, Schuldappell, Nichtakzeptieren einer Absage.</w:t>
            </w:r>
          </w:p>
        </w:tc>
        <w:tc>
          <w:tcPr>
            <w:tcW w:type="dxa" w:w="3324"/>
            <w:vAlign w:val="center"/>
          </w:tcPr>
          <w:p>
            <w:r>
              <w:t>Das Kippen wird spät bemerkt.</w:t>
            </w:r>
          </w:p>
        </w:tc>
      </w:tr>
      <w:tr>
        <w:trPr>
          <w:cantSplit/>
        </w:trPr>
        <w:tc>
          <w:tcPr>
            <w:tcW w:type="dxa" w:w="3324"/>
            <w:vAlign w:val="center"/>
          </w:tcPr>
          <w:p>
            <w:r>
              <w:t>2. Nicht spiegeln</w:t>
            </w:r>
          </w:p>
        </w:tc>
        <w:tc>
          <w:tcPr>
            <w:tcW w:type="dxa" w:w="3324"/>
            <w:vAlign w:val="center"/>
          </w:tcPr>
          <w:p>
            <w:r>
              <w:t>Schnelleres Sprechen, steigende Lautstärke, Schärfe oder Gereiztheit.</w:t>
            </w:r>
          </w:p>
        </w:tc>
        <w:tc>
          <w:tcPr>
            <w:tcW w:type="dxa" w:w="3324"/>
            <w:vAlign w:val="center"/>
          </w:tcPr>
          <w:p>
            <w:r>
              <w:t>Die Dynamik des Gegenübers wird übernommen.</w:t>
            </w:r>
          </w:p>
        </w:tc>
      </w:tr>
      <w:tr>
        <w:trPr>
          <w:cantSplit/>
        </w:trPr>
        <w:tc>
          <w:tcPr>
            <w:tcW w:type="dxa" w:w="3324"/>
            <w:vAlign w:val="center"/>
          </w:tcPr>
          <w:p>
            <w:r>
              <w:t>3. Nicht rechtfertigen</w:t>
            </w:r>
          </w:p>
        </w:tc>
        <w:tc>
          <w:tcPr>
            <w:tcW w:type="dxa" w:w="3324"/>
            <w:vAlign w:val="center"/>
          </w:tcPr>
          <w:p>
            <w:r>
              <w:t>Immer neue Gründe, Verteidigung der Gründe, zunehmende Erklärungstiefe.</w:t>
            </w:r>
          </w:p>
        </w:tc>
        <w:tc>
          <w:tcPr>
            <w:tcW w:type="dxa" w:w="3324"/>
            <w:vAlign w:val="center"/>
          </w:tcPr>
          <w:p>
            <w:r>
              <w:t>Die Person erklärt sich immer weiter.</w:t>
            </w:r>
          </w:p>
        </w:tc>
      </w:tr>
      <w:tr>
        <w:trPr>
          <w:cantSplit/>
        </w:trPr>
        <w:tc>
          <w:tcPr>
            <w:tcW w:type="dxa" w:w="3324"/>
            <w:vAlign w:val="center"/>
          </w:tcPr>
          <w:p>
            <w:r>
              <w:t>4. Kurze klare Grenze</w:t>
            </w:r>
          </w:p>
        </w:tc>
        <w:tc>
          <w:tcPr>
            <w:tcW w:type="dxa" w:w="3324"/>
            <w:vAlign w:val="center"/>
          </w:tcPr>
          <w:p>
            <w:r>
              <w:t>Abschwächungen, Entschuldigungen, Fragen statt Aussagen, nachträgliches Relativieren.</w:t>
            </w:r>
          </w:p>
        </w:tc>
        <w:tc>
          <w:tcPr>
            <w:tcW w:type="dxa" w:w="3324"/>
            <w:vAlign w:val="center"/>
          </w:tcPr>
          <w:p>
            <w:r>
              <w:t>Die Grenze bleibt indirekt oder unklar.</w:t>
            </w:r>
          </w:p>
        </w:tc>
      </w:tr>
      <w:tr>
        <w:trPr>
          <w:cantSplit/>
        </w:trPr>
        <w:tc>
          <w:tcPr>
            <w:tcW w:type="dxa" w:w="3324"/>
            <w:vAlign w:val="center"/>
          </w:tcPr>
          <w:p>
            <w:r>
              <w:t>5. Beenden / aussteigen</w:t>
            </w:r>
          </w:p>
        </w:tc>
        <w:tc>
          <w:tcPr>
            <w:tcW w:type="dxa" w:w="3324"/>
            <w:vAlign w:val="center"/>
          </w:tcPr>
          <w:p>
            <w:r>
              <w:t>Weiterdiskutieren trotz festgefahrener Situation; überzeugen oder das letzte Wort behalten wollen.</w:t>
            </w:r>
          </w:p>
        </w:tc>
        <w:tc>
          <w:tcPr>
            <w:tcW w:type="dxa" w:w="3324"/>
            <w:vAlign w:val="center"/>
          </w:tcPr>
          <w:p>
            <w:r>
              <w:t>Die Person bleibt im Gespräch, obwohl ein Ausstieg hilfreicher wäre.</w:t>
            </w:r>
          </w:p>
        </w:tc>
      </w:tr>
    </w:tbl>
    <w:p>
      <w:pPr>
        <w:pStyle w:val="Heading2"/>
        <w:keepNext/>
      </w:pPr>
      <w:r>
        <w:t>Durchführung</w:t>
      </w:r>
    </w:p>
    <w:p>
      <w:pPr>
        <w:spacing w:before="0" w:after="0" w:line="240" w:lineRule="auto"/>
        <w:ind w:left="369" w:hanging="255"/>
      </w:pPr>
      <w:r>
        <w:t>1. Der Trainer eröffnet offen mit: „Was ist euch aufgefallen?“</w:t>
      </w:r>
    </w:p>
    <w:p>
      <w:pPr>
        <w:spacing w:before="0" w:after="0" w:line="240" w:lineRule="auto"/>
        <w:ind w:left="369" w:hanging="255"/>
      </w:pPr>
      <w:r>
        <w:t>2. Die Teilnehmerinnen dürfen Beobachtungen, Einschätzungen oder Wirkungen in freier Reihenfolge beitragen.</w:t>
      </w:r>
    </w:p>
    <w:p>
      <w:pPr>
        <w:spacing w:before="0" w:after="0" w:line="240" w:lineRule="auto"/>
        <w:ind w:left="369" w:hanging="255"/>
      </w:pPr>
      <w:r>
        <w:t>3. Der Trainer ordnet die Aussagen knapp den drei sichtbaren Bereichen zu.</w:t>
      </w:r>
    </w:p>
    <w:p>
      <w:pPr>
        <w:spacing w:before="0" w:after="0" w:line="240" w:lineRule="auto"/>
        <w:ind w:left="369" w:hanging="255"/>
      </w:pPr>
      <w:r>
        <w:t>4. Bleibt ein Bereich schwach gefüllt, fragt der Trainer dort gezielt nach.</w:t>
      </w:r>
    </w:p>
    <w:p>
      <w:pPr>
        <w:spacing w:before="0" w:after="0" w:line="240" w:lineRule="auto"/>
        <w:ind w:left="369" w:hanging="255"/>
      </w:pPr>
      <w:r>
        <w:t>5. Spontane Lösungsideen werden gewürdigt und im Ideenspeicher notiert, aber noch nicht ausführlich diskutiert.</w:t>
      </w:r>
    </w:p>
    <w:p>
      <w:pPr>
        <w:spacing w:before="0" w:after="0" w:line="240" w:lineRule="auto"/>
        <w:ind w:left="369" w:hanging="255"/>
      </w:pPr>
      <w:r>
        <w:t>6. Zum Ende verbindet der Trainer die Beiträge mit den fünf Werkzeugen. Er benennt nur solche Bezüge ausführlicher, die in der Szene oder den Beiträgen erkennbar waren.</w:t>
      </w:r>
    </w:p>
    <w:p>
      <w:pPr>
        <w:spacing w:before="0" w:after="0" w:line="240" w:lineRule="auto"/>
        <w:ind w:left="369" w:hanging="255"/>
      </w:pPr>
      <w:r>
        <w:t>7. Noch nicht aufgetretene Werkzeuge werden knapp als spätere Lernschritte angekündigt, nicht künstlich in die Szene hineingelesen.</w:t>
      </w:r>
    </w:p>
    <w:p>
      <w:pPr>
        <w:pStyle w:val="Heading2"/>
        <w:keepNext/>
      </w:pPr>
      <w:r>
        <w:t>Mögliche Trainerformulierungen</w:t>
      </w:r>
    </w:p>
    <w:p>
      <w:pPr>
        <w:pStyle w:val="ListBullet"/>
      </w:pPr>
      <w:r>
        <w:t>„Was war konkret sichtbar oder hörbar?“</w:t>
      </w:r>
    </w:p>
    <w:p>
      <w:pPr>
        <w:pStyle w:val="ListBullet"/>
      </w:pPr>
      <w:r>
        <w:t>„Woran konnte man merken, dass aus der Bitte zunehmend Druck wurde?“</w:t>
      </w:r>
    </w:p>
    <w:p>
      <w:pPr>
        <w:pStyle w:val="ListBullet"/>
      </w:pPr>
      <w:r>
        <w:t>„Welche Wirkung hatte das auf den Gesprächsverlauf?“</w:t>
      </w:r>
    </w:p>
    <w:p>
      <w:pPr>
        <w:pStyle w:val="ListBullet"/>
      </w:pPr>
      <w:r>
        <w:t>„Was könnte die Person in diesem Moment vermeiden oder erhalten wollen?“</w:t>
      </w:r>
    </w:p>
    <w:p>
      <w:pPr>
        <w:pStyle w:val="ListBullet"/>
      </w:pPr>
      <w:r>
        <w:t>„Das ist bereits eine mögliche andere Reaktion. Ich schreibe sie in unsere Sammlung – wir probieren solche Möglichkeiten gleich aus.“</w:t>
      </w:r>
    </w:p>
    <w:p>
      <w:pPr>
        <w:pStyle w:val="ListBullet"/>
      </w:pPr>
      <w:r>
        <w:t>„Wenn wir unsere Beobachtungen bündeln, sehen wir mehrere Ansatzpunkte: Druck früher erkennen, nicht in die Schärfe mitgehen, nicht immer weiter erklären, klar begrenzen und ein Gespräch notfalls beenden.“</w:t>
      </w:r>
    </w:p>
    <w:p>
      <w:pPr>
        <w:pStyle w:val="Heading2"/>
        <w:keepNext/>
      </w:pPr>
      <w:r>
        <w:t>Trainerhinweise</w:t>
      </w:r>
    </w:p>
    <w:p>
      <w:pPr>
        <w:pStyle w:val="ListBullet"/>
      </w:pPr>
      <w:r>
        <w:t>Die drei Leitfragen sind eine sichtbare Ordnungsstruktur, keine drei getrennten Workshoprunden.</w:t>
      </w:r>
    </w:p>
    <w:p>
      <w:pPr>
        <w:pStyle w:val="ListBullet"/>
      </w:pPr>
      <w:r>
        <w:t>Die Werkzeugmatrix ist eine interne Orientierung und kein Pflichtprogramm.</w:t>
      </w:r>
    </w:p>
    <w:p>
      <w:pPr>
        <w:pStyle w:val="ListBullet"/>
      </w:pPr>
      <w:r>
        <w:t>Beiträge nicht belehrend korrigieren; bei Bedarf freundlich zuordnen.</w:t>
      </w:r>
    </w:p>
    <w:p>
      <w:pPr>
        <w:pStyle w:val="ListBullet"/>
      </w:pPr>
      <w:r>
        <w:t>Die freiwillige Teilnehmerin nicht bewerten.</w:t>
      </w:r>
    </w:p>
    <w:p>
      <w:pPr>
        <w:pStyle w:val="ListBullet"/>
      </w:pPr>
      <w:r>
        <w:t>Der Ideenspeicher verbindet Beobachtung und Handlungsoptionen, ersetzt aber nicht die Vorbereitung von Slot 3.</w:t>
      </w:r>
    </w:p>
    <w:p>
      <w:pPr>
        <w:pStyle w:val="ListBullet"/>
      </w:pPr>
      <w:r>
        <w:t>Keine sichere oder universelle Wirkung einzelner Werkzeuge behaupten.</w:t>
      </w:r>
    </w:p>
    <w:p>
      <w:pPr>
        <w:pStyle w:val="Heading2"/>
        <w:keepNext/>
      </w:pPr>
      <w:r>
        <w:t>Übergang</w:t>
      </w:r>
    </w:p>
    <w:p>
      <w:pPr>
        <w:ind w:left="397"/>
      </w:pPr>
      <w:r>
        <w:rPr>
          <w:i/>
        </w:rPr>
        <w:t>„Wir haben gesehen, wo Druck entsteht und welche Fallen das Gespräch enger machen können. Drei Werkzeuge können wir jetzt sehr gut in kurzen Sequenzen untersuchen: nicht spiegeln, nicht immer weiter rechtfertigen und eine kurze klare Grenze setzen.“</w:t>
      </w:r>
    </w:p>
    <w:p>
      <w:pPr>
        <w:pStyle w:val="Heading1"/>
        <w:keepNext/>
      </w:pPr>
      <w:r>
        <w:t>9. Slot 3 – Wirkungslabor zu den Werkzeugen 2 bis 4</w:t>
      </w:r>
    </w:p>
    <w:p>
      <w:pPr>
        <w:pStyle w:val="Heading2"/>
        <w:keepNext/>
      </w:pPr>
      <w:r>
        <w:t>Ziel</w:t>
      </w:r>
    </w:p>
    <w:p>
      <w:r>
        <w:t>Die Teilnehmerinnen erleben in kurzen, überschaubaren Sequenzen die Wirkung der Werkzeuge „Nicht spiegeln“, „Nicht rechtfertigen“ und „Kurze klare Grenze“. Sie vergleichen die Außenwirkung und zugleich, wie stimmig und tragfähig sich unterschiedliche Antwortweisen für die sprechende Person anfühlen.</w:t>
      </w:r>
    </w:p>
    <w:p>
      <w:pPr>
        <w:pStyle w:val="Heading2"/>
        <w:keepNext/>
      </w:pPr>
      <w:r>
        <w:t>Werkzeugfokus und erwartetes Ergebnis</w:t>
      </w:r>
    </w:p>
    <w:tbl>
      <w:tblPr>
        <w:tblStyle w:val="TableGrid"/>
        <w:tblW w:type="auto" w:w="0"/>
        <w:jc w:val="center"/>
        <w:tblLook w:firstColumn="1" w:firstRow="1" w:lastColumn="0" w:lastRow="0" w:noHBand="0" w:noVBand="1" w:val="04A0"/>
      </w:tblPr>
      <w:tblGrid>
        <w:gridCol w:w="2493"/>
        <w:gridCol w:w="2493"/>
        <w:gridCol w:w="2493"/>
        <w:gridCol w:w="2493"/>
      </w:tblGrid>
      <w:tr>
        <w:trPr>
          <w:tblHeader w:val="true"/>
          <w:cantSplit/>
        </w:trPr>
        <w:tc>
          <w:tcPr>
            <w:tcW w:type="dxa" w:w="2493"/>
            <w:shd w:fill="D9EAF7"/>
          </w:tcPr>
          <w:p>
            <w:r/>
            <w:r>
              <w:rPr>
                <w:b/>
              </w:rPr>
              <w:t>Werkzeug</w:t>
            </w:r>
          </w:p>
        </w:tc>
        <w:tc>
          <w:tcPr>
            <w:tcW w:type="dxa" w:w="2493"/>
            <w:shd w:fill="D9EAF7"/>
          </w:tcPr>
          <w:p>
            <w:r/>
            <w:r>
              <w:rPr>
                <w:b/>
              </w:rPr>
              <w:t>Eskalationsfalle</w:t>
            </w:r>
          </w:p>
        </w:tc>
        <w:tc>
          <w:tcPr>
            <w:tcW w:type="dxa" w:w="2493"/>
            <w:shd w:fill="D9EAF7"/>
          </w:tcPr>
          <w:p>
            <w:r/>
            <w:r>
              <w:rPr>
                <w:b/>
              </w:rPr>
              <w:t>Zielinhalt</w:t>
            </w:r>
          </w:p>
        </w:tc>
        <w:tc>
          <w:tcPr>
            <w:tcW w:type="dxa" w:w="2493"/>
            <w:shd w:fill="D9EAF7"/>
          </w:tcPr>
          <w:p>
            <w:r/>
            <w:r>
              <w:rPr>
                <w:b/>
              </w:rPr>
              <w:t>Übungszugang</w:t>
            </w:r>
          </w:p>
        </w:tc>
      </w:tr>
      <w:tr>
        <w:trPr>
          <w:cantSplit/>
        </w:trPr>
        <w:tc>
          <w:tcPr>
            <w:tcW w:type="dxa" w:w="2493"/>
            <w:vAlign w:val="center"/>
          </w:tcPr>
          <w:p>
            <w:r>
              <w:t>2. Nicht spiegeln</w:t>
            </w:r>
          </w:p>
        </w:tc>
        <w:tc>
          <w:tcPr>
            <w:tcW w:type="dxa" w:w="2493"/>
            <w:vAlign w:val="center"/>
          </w:tcPr>
          <w:p>
            <w:r>
              <w:t>Ich werde selbst lauter, schneller oder schärfer.</w:t>
            </w:r>
          </w:p>
        </w:tc>
        <w:tc>
          <w:tcPr>
            <w:tcW w:type="dxa" w:w="2493"/>
            <w:vAlign w:val="center"/>
          </w:tcPr>
          <w:p>
            <w:r>
              <w:t>Eigenes Tempo, Lautstärke und Schärfe bewusst steuern.</w:t>
            </w:r>
          </w:p>
        </w:tc>
        <w:tc>
          <w:tcPr>
            <w:tcW w:type="dxa" w:w="2493"/>
            <w:vAlign w:val="center"/>
          </w:tcPr>
          <w:p>
            <w:r>
              <w:t>Ähnlichen Grenzinhalt gespiegelt-schärfer und selbst gesteuert vergleichen.</w:t>
            </w:r>
          </w:p>
        </w:tc>
      </w:tr>
      <w:tr>
        <w:trPr>
          <w:cantSplit/>
        </w:trPr>
        <w:tc>
          <w:tcPr>
            <w:tcW w:type="dxa" w:w="2493"/>
            <w:vAlign w:val="center"/>
          </w:tcPr>
          <w:p>
            <w:r>
              <w:t>3. Nicht rechtfertigen</w:t>
            </w:r>
          </w:p>
        </w:tc>
        <w:tc>
          <w:tcPr>
            <w:tcW w:type="dxa" w:w="2493"/>
            <w:vAlign w:val="center"/>
          </w:tcPr>
          <w:p>
            <w:r>
              <w:t>Ich erkläre mich immer weiter.</w:t>
            </w:r>
          </w:p>
        </w:tc>
        <w:tc>
          <w:tcPr>
            <w:tcW w:type="dxa" w:w="2493"/>
            <w:vAlign w:val="center"/>
          </w:tcPr>
          <w:p>
            <w:r>
              <w:t>Keine immer neuen Gründe nachliefern.</w:t>
            </w:r>
          </w:p>
        </w:tc>
        <w:tc>
          <w:tcPr>
            <w:tcW w:type="dxa" w:w="2493"/>
            <w:vAlign w:val="center"/>
          </w:tcPr>
          <w:p>
            <w:r>
              <w:t>Lange Rechtfertigung und knappe Antwort auf denselben Impuls vergleichen.</w:t>
            </w:r>
          </w:p>
        </w:tc>
      </w:tr>
      <w:tr>
        <w:trPr>
          <w:cantSplit/>
        </w:trPr>
        <w:tc>
          <w:tcPr>
            <w:tcW w:type="dxa" w:w="2493"/>
            <w:vAlign w:val="center"/>
          </w:tcPr>
          <w:p>
            <w:r>
              <w:t>4. Kurze klare Grenze</w:t>
            </w:r>
          </w:p>
        </w:tc>
        <w:tc>
          <w:tcPr>
            <w:tcW w:type="dxa" w:w="2493"/>
            <w:vAlign w:val="center"/>
          </w:tcPr>
          <w:p>
            <w:r>
              <w:t>Ich bleibe zu indirekt oder entschuldigend.</w:t>
            </w:r>
          </w:p>
        </w:tc>
        <w:tc>
          <w:tcPr>
            <w:tcW w:type="dxa" w:w="2493"/>
            <w:vAlign w:val="center"/>
          </w:tcPr>
          <w:p>
            <w:r>
              <w:t>Grenze als kurze, verständliche Aussage formulieren.</w:t>
            </w:r>
          </w:p>
        </w:tc>
        <w:tc>
          <w:tcPr>
            <w:tcW w:type="dxa" w:w="2493"/>
            <w:vAlign w:val="center"/>
          </w:tcPr>
          <w:p>
            <w:r>
              <w:t>Indirekte Bitte oder Abschwächung mit klarer Aussage vergleichen.</w:t>
            </w:r>
          </w:p>
        </w:tc>
      </w:tr>
    </w:tbl>
    <w:p>
      <w:r>
        <w:t>Werkzeug 1 bleibt als Beobachtungsleistung im Hintergrund. Werkzeug 5 kann als nächster notwendiger Schritt sichtbar werden, wird aber erst in Slot 4 in den vollständigen Gesprächsverlauf integriert.</w:t>
      </w:r>
    </w:p>
    <w:p>
      <w:pPr>
        <w:pStyle w:val="Heading2"/>
        <w:keepNext/>
      </w:pPr>
      <w:r>
        <w:t>Zeitfenster und Material</w:t>
      </w:r>
    </w:p>
    <w:p>
      <w:r>
        <w:t>Planwert in der 90-Minuten-Fassung: 23 Minuten.</w:t>
      </w:r>
    </w:p>
    <w:p>
      <w:r>
        <w:t>Material: vorbereitete Druckimpulse und Antwortvarianten für alle drei Werkzeuge; Ideenspeicher aus Slot 2 als ergänzende Quelle; optional Veränderungskarten wie „eigenes Tempo“, „keine neuen Gründe“, „kurze Aussage“.</w:t>
      </w:r>
    </w:p>
    <w:p>
      <w:r>
        <w:t>Der Ideenspeicher ist keine ausreichende Vorbereitung. Der Trainer bringt mindestens eine belastbare Demonstration und eine mögliche Vertiefung je Werkzeug mit.</w:t>
      </w:r>
    </w:p>
    <w:p>
      <w:pPr>
        <w:pStyle w:val="Heading2"/>
        <w:keepNext/>
      </w:pPr>
      <w:r>
        <w:t>Verbindlicher Minimalablauf für die Pilotphase</w:t>
      </w:r>
    </w:p>
    <w:p>
      <w:pPr>
        <w:spacing w:before="0" w:after="0" w:line="240" w:lineRule="auto"/>
        <w:ind w:left="369" w:hanging="255"/>
      </w:pPr>
      <w:r>
        <w:t>1. Kurze Rahmung: Es wird keine vollständige Szene gespielt, sondern jeweils eine Antwortwirkung untersucht.</w:t>
      </w:r>
    </w:p>
    <w:p>
      <w:pPr>
        <w:spacing w:before="0" w:after="0" w:line="240" w:lineRule="auto"/>
        <w:ind w:left="369" w:hanging="255"/>
      </w:pPr>
      <w:r>
        <w:t>2. Vorbereitete Demonstration zu Werkzeug 3 und 4: lange Rechtfertigung beziehungsweise indirekte Grenze im Vergleich zu einer kurzen klaren Antwort.</w:t>
      </w:r>
    </w:p>
    <w:p>
      <w:pPr>
        <w:spacing w:before="0" w:after="0" w:line="240" w:lineRule="auto"/>
        <w:ind w:left="369" w:hanging="255"/>
      </w:pPr>
      <w:r>
        <w:t>3. Kurze Variation zu Werkzeug 2: dieselbe oder sehr ähnliche Grenze einmal in übernommener Schärfe und einmal im selbst gesteuerten Tempo sprechen.</w:t>
      </w:r>
    </w:p>
    <w:p>
      <w:pPr>
        <w:spacing w:before="0" w:after="0" w:line="240" w:lineRule="auto"/>
        <w:ind w:left="369" w:hanging="255"/>
      </w:pPr>
      <w:r>
        <w:t>4. Eigenwahrnehmung, Wahrnehmung der drängenden Rolle und Außenbeobachtung erheben.</w:t>
      </w:r>
    </w:p>
    <w:p>
      <w:pPr>
        <w:spacing w:before="0" w:after="0" w:line="240" w:lineRule="auto"/>
        <w:ind w:left="369" w:hanging="255"/>
      </w:pPr>
      <w:r>
        <w:t>5. Eine freiwillige Teilnehmerin erprobt eine eigene Antwort und verändert gezielt nur ein Merkmal. Weitere aktive Erprobungen werden für die Stabilisierungsphase vorgemerkt.</w:t>
      </w:r>
    </w:p>
    <w:p>
      <w:pPr>
        <w:spacing w:before="0" w:after="0" w:line="240" w:lineRule="auto"/>
        <w:ind w:left="369" w:hanging="255"/>
      </w:pPr>
      <w:r>
        <w:t>6. Je Werkzeug einen knappen Merksatz sichtbar sichern.</w:t>
      </w:r>
    </w:p>
    <w:p>
      <w:pPr>
        <w:pStyle w:val="Heading3"/>
        <w:keepNext/>
      </w:pPr>
      <w:r>
        <w:t>Beispiel A – Werkzeug 3: Nicht rechtfertigen</w:t>
      </w:r>
    </w:p>
    <w:p>
      <w:r>
        <w:t>Druckimpuls: „Jetzt sag doch wenigstens, warum du nicht helfen willst.“</w:t>
      </w:r>
    </w:p>
    <w:p>
      <w:pPr>
        <w:pStyle w:val="ListBullet"/>
      </w:pPr>
      <w:r>
        <w:t>Rechtfertigungsschleife: „Es ist gerade wirklich kompliziert, weil ich morgen früh rausmuss und vorher noch einiges erledigen muss, und eigentlich hätte ich ja …“</w:t>
      </w:r>
    </w:p>
    <w:p>
      <w:pPr>
        <w:pStyle w:val="ListBullet"/>
      </w:pPr>
      <w:r>
        <w:t>Knappe Antwort: „Ich bleibe heute nicht länger.“</w:t>
      </w:r>
    </w:p>
    <w:p>
      <w:pPr>
        <w:pStyle w:val="ListBullet"/>
      </w:pPr>
      <w:r>
        <w:t>Knappe Antwort mit Begrenzung: „Ich bleibe heute nicht länger und möchte das nicht weiter begründen.“</w:t>
      </w:r>
    </w:p>
    <w:p>
      <w:r>
        <w:t>Moderationsziel: sichtbar machen, dass zusätzliche Gründe neue Ansatzpunkte für weitere Nachfragen eröffnen können. Nicht vermitteln, dass jede Begründung grundsätzlich falsch ist.</w:t>
      </w:r>
    </w:p>
    <w:p>
      <w:pPr>
        <w:pStyle w:val="Heading3"/>
        <w:keepNext/>
      </w:pPr>
      <w:r>
        <w:t>Beispiel B – Werkzeug 4: Kurze klare Grenze</w:t>
      </w:r>
    </w:p>
    <w:p>
      <w:r>
        <w:t>Druckimpuls: „Du kannst doch wirklich noch zehn Minuten bleiben.“</w:t>
      </w:r>
    </w:p>
    <w:p>
      <w:pPr>
        <w:pStyle w:val="ListBullet"/>
      </w:pPr>
      <w:r>
        <w:t>Indirekt und abschwächend: „Wäre es vielleicht möglich, dass ich heute etwas früher gehe?“</w:t>
      </w:r>
    </w:p>
    <w:p>
      <w:pPr>
        <w:pStyle w:val="ListBullet"/>
      </w:pPr>
      <w:r>
        <w:t>Entschuldigend und relativierend: „Es tut mir leid, aber ich glaube, ich müsste heute eigentlich gehen.“</w:t>
      </w:r>
    </w:p>
    <w:p>
      <w:pPr>
        <w:pStyle w:val="ListBullet"/>
      </w:pPr>
      <w:r>
        <w:t>Kurz und klar: „Nein, ich gehe jetzt.“</w:t>
      </w:r>
    </w:p>
    <w:p>
      <w:r>
        <w:t>Moderationsziel: Unterschied zwischen Bitte, Vermutung und klarer Aussage erfahrbar machen. Die konkrete Formulierung darf von der Teilnehmerin verändert werden.</w:t>
      </w:r>
    </w:p>
    <w:p>
      <w:pPr>
        <w:pStyle w:val="Heading3"/>
        <w:keepNext/>
      </w:pPr>
      <w:r>
        <w:t>Beispiel C – Werkzeug 2: Nicht spiegeln</w:t>
      </w:r>
    </w:p>
    <w:p>
      <w:r>
        <w:t>Druckimpuls, zunehmend schneller oder schärfer: „Warum machst du jetzt so ein Problem daraus? Bleib doch einfach noch!“</w:t>
      </w:r>
    </w:p>
    <w:p>
      <w:pPr>
        <w:pStyle w:val="ListBullet"/>
      </w:pPr>
      <w:r>
        <w:t>Spiegelnd: Die Antwort wird ebenfalls schneller, lauter oder schärfer.</w:t>
      </w:r>
    </w:p>
    <w:p>
      <w:pPr>
        <w:pStyle w:val="ListBullet"/>
      </w:pPr>
      <w:r>
        <w:t>Selbst gesteuert: Die Teilnehmerin hält ihr eigenes Tempo und ihre gewählte Lautstärke, beispielsweise: „Nein. Ich gehe jetzt.“</w:t>
      </w:r>
    </w:p>
    <w:p>
      <w:r>
        <w:t>Moderationsziel: Nicht „immer ruhig bleiben“ als moralische Forderung vermitteln. Entscheidend ist, ob die Teilnehmerin die Dynamik bewusst steuert, statt automatisch mitgezogen zu werden.</w:t>
      </w:r>
    </w:p>
    <w:p>
      <w:pPr>
        <w:pStyle w:val="Heading2"/>
        <w:keepNext/>
      </w:pPr>
      <w:r>
        <w:t>Auswertung je Kurzsequenz</w:t>
      </w:r>
    </w:p>
    <w:p>
      <w:r>
        <w:t>Eigenwahrnehmung der Sprecherin:</w:t>
      </w:r>
    </w:p>
    <w:p>
      <w:pPr>
        <w:pStyle w:val="ListBullet2"/>
      </w:pPr>
      <w:r>
        <w:t>Wie hat sich die Antwort beim Sprechen angefühlt?</w:t>
      </w:r>
    </w:p>
    <w:p>
      <w:pPr>
        <w:pStyle w:val="ListBullet2"/>
      </w:pPr>
      <w:r>
        <w:t>Konntest du sie innerlich tragen oder wirkte sie aufgesetzt?</w:t>
      </w:r>
    </w:p>
    <w:p>
      <w:pPr>
        <w:pStyle w:val="ListBullet2"/>
      </w:pPr>
      <w:r>
        <w:t>Hattest du danach das Gefühl, fertig zu sein, oder wolltest du sofort weiter erklären?</w:t>
      </w:r>
    </w:p>
    <w:p>
      <w:r>
        <w:t>Wahrnehmung der drängenden Rolle:</w:t>
      </w:r>
    </w:p>
    <w:p>
      <w:pPr>
        <w:pStyle w:val="ListBullet2"/>
      </w:pPr>
      <w:r>
        <w:t>Bei welcher Variante hattest du mehr Ansatzpunkte, weiterzufragen?</w:t>
      </w:r>
    </w:p>
    <w:p>
      <w:pPr>
        <w:pStyle w:val="ListBullet2"/>
      </w:pPr>
      <w:r>
        <w:t>Was wirkte wie eine erkennbare Grenze?</w:t>
      </w:r>
    </w:p>
    <w:p>
      <w:pPr>
        <w:pStyle w:val="ListBullet2"/>
      </w:pPr>
      <w:r>
        <w:t>Bei welcher Variante entstand eher zusätzliche Schärfe?</w:t>
      </w:r>
    </w:p>
    <w:p>
      <w:r>
        <w:t>Außenwahrnehmung der Gruppe:</w:t>
      </w:r>
    </w:p>
    <w:p>
      <w:pPr>
        <w:pStyle w:val="ListBullet2"/>
      </w:pPr>
      <w:r>
        <w:t>Was war hörbar oder sichtbar anders?</w:t>
      </w:r>
    </w:p>
    <w:p>
      <w:pPr>
        <w:pStyle w:val="ListBullet2"/>
      </w:pPr>
      <w:r>
        <w:t>Was veränderte sich durch Satzlänge, Tempo, Lautstärke, Betonung oder Mimik?</w:t>
      </w:r>
    </w:p>
    <w:p>
      <w:pPr>
        <w:pStyle w:val="ListBullet2"/>
      </w:pPr>
      <w:r>
        <w:t>Welches der drei Werkzeuge war hier erkennbar?</w:t>
      </w:r>
    </w:p>
    <w:p>
      <w:pPr>
        <w:pStyle w:val="Heading2"/>
        <w:keepNext/>
      </w:pPr>
      <w:r>
        <w:t>Moderationshilfe bei allgemeinen oder wenigen Beiträgen</w:t>
      </w:r>
    </w:p>
    <w:p>
      <w:pPr>
        <w:pStyle w:val="ListBullet"/>
      </w:pPr>
      <w:r>
        <w:t>Zu Werkzeug 2: „Hat sie ihr eigenes Tempo behalten oder das Tempo des Gegenübers übernommen?“</w:t>
      </w:r>
    </w:p>
    <w:p>
      <w:pPr>
        <w:pStyle w:val="ListBullet"/>
      </w:pPr>
      <w:r>
        <w:t>Zu Werkzeug 3: „Welche neuen Ansatzpunkte entstanden durch zusätzliche Erklärungen?“</w:t>
      </w:r>
    </w:p>
    <w:p>
      <w:pPr>
        <w:pStyle w:val="ListBullet"/>
      </w:pPr>
      <w:r>
        <w:t>Zu Werkzeug 4: „War das eine Bitte, eine Vermutung oder eine klare Aussage?“</w:t>
      </w:r>
    </w:p>
    <w:p>
      <w:pPr>
        <w:pStyle w:val="ListBullet"/>
      </w:pPr>
      <w:r>
        <w:t>Übergreifend: „Welche Variante wäre für die Sprecherin selbst alltagstauglich und tragfähig?“</w:t>
      </w:r>
    </w:p>
    <w:p>
      <w:pPr>
        <w:pStyle w:val="Heading2"/>
        <w:keepNext/>
      </w:pPr>
      <w:r>
        <w:t>Sichtbare Ergebnissicherung</w:t>
      </w:r>
    </w:p>
    <w:tbl>
      <w:tblPr>
        <w:tblStyle w:val="TableGrid"/>
        <w:tblW w:type="auto" w:w="0"/>
        <w:jc w:val="center"/>
        <w:tblLook w:firstColumn="1" w:firstRow="1" w:lastColumn="0" w:lastRow="0" w:noHBand="0" w:noVBand="1" w:val="04A0"/>
      </w:tblPr>
      <w:tblGrid>
        <w:gridCol w:w="4986"/>
        <w:gridCol w:w="4986"/>
      </w:tblGrid>
      <w:tr>
        <w:trPr>
          <w:tblHeader w:val="true"/>
          <w:cantSplit/>
        </w:trPr>
        <w:tc>
          <w:tcPr>
            <w:tcW w:type="dxa" w:w="4986"/>
            <w:shd w:fill="D9EAF7"/>
          </w:tcPr>
          <w:p>
            <w:r/>
            <w:r>
              <w:rPr>
                <w:b/>
              </w:rPr>
              <w:t>Werkzeug</w:t>
            </w:r>
          </w:p>
        </w:tc>
        <w:tc>
          <w:tcPr>
            <w:tcW w:type="dxa" w:w="4986"/>
            <w:shd w:fill="D9EAF7"/>
          </w:tcPr>
          <w:p>
            <w:r/>
            <w:r>
              <w:rPr>
                <w:b/>
              </w:rPr>
              <w:t>Mögliche gemeinsame Verdichtung</w:t>
            </w:r>
          </w:p>
        </w:tc>
      </w:tr>
      <w:tr>
        <w:trPr>
          <w:cantSplit/>
        </w:trPr>
        <w:tc>
          <w:tcPr>
            <w:tcW w:type="dxa" w:w="4986"/>
            <w:vAlign w:val="center"/>
          </w:tcPr>
          <w:p>
            <w:r>
              <w:t>2. Nicht spiegeln</w:t>
            </w:r>
          </w:p>
        </w:tc>
        <w:tc>
          <w:tcPr>
            <w:tcW w:type="dxa" w:w="4986"/>
            <w:vAlign w:val="center"/>
          </w:tcPr>
          <w:p>
            <w:r>
              <w:t>Eigenes Tempo, Lautstärke und Schärfe bewusst steuern.</w:t>
            </w:r>
          </w:p>
        </w:tc>
      </w:tr>
      <w:tr>
        <w:trPr>
          <w:cantSplit/>
        </w:trPr>
        <w:tc>
          <w:tcPr>
            <w:tcW w:type="dxa" w:w="4986"/>
            <w:vAlign w:val="center"/>
          </w:tcPr>
          <w:p>
            <w:r>
              <w:t>3. Nicht rechtfertigen</w:t>
            </w:r>
          </w:p>
        </w:tc>
        <w:tc>
          <w:tcPr>
            <w:tcW w:type="dxa" w:w="4986"/>
            <w:vAlign w:val="center"/>
          </w:tcPr>
          <w:p>
            <w:r>
              <w:t>Keine immer neuen Gründe nachliefern.</w:t>
            </w:r>
          </w:p>
        </w:tc>
      </w:tr>
      <w:tr>
        <w:trPr>
          <w:cantSplit/>
        </w:trPr>
        <w:tc>
          <w:tcPr>
            <w:tcW w:type="dxa" w:w="4986"/>
            <w:vAlign w:val="center"/>
          </w:tcPr>
          <w:p>
            <w:r>
              <w:t>4. Kurze klare Grenze</w:t>
            </w:r>
          </w:p>
        </w:tc>
        <w:tc>
          <w:tcPr>
            <w:tcW w:type="dxa" w:w="4986"/>
            <w:vAlign w:val="center"/>
          </w:tcPr>
          <w:p>
            <w:r>
              <w:t>Kurz, verständlich und als Aussage formulieren.</w:t>
            </w:r>
          </w:p>
        </w:tc>
      </w:tr>
    </w:tbl>
    <w:p>
      <w:pPr>
        <w:pStyle w:val="Heading2"/>
        <w:keepNext/>
      </w:pPr>
      <w:r>
        <w:t>Trainerhinweise und Leitplanken</w:t>
      </w:r>
    </w:p>
    <w:p>
      <w:pPr>
        <w:pStyle w:val="ListBullet"/>
      </w:pPr>
      <w:r>
        <w:t>Nicht mehr als zwei oder drei Antwortqualitäten in einer Sequenz vergleichen.</w:t>
      </w:r>
    </w:p>
    <w:p>
      <w:pPr>
        <w:pStyle w:val="ListBullet"/>
      </w:pPr>
      <w:r>
        <w:t>Pro Wiederholung möglichst nur ein zentrales Merkmal verändern.</w:t>
      </w:r>
    </w:p>
    <w:p>
      <w:pPr>
        <w:pStyle w:val="ListBullet"/>
      </w:pPr>
      <w:r>
        <w:t>Die Beispiele sind Vorbereitungshilfen und keine Standardsätze für alle Teilnehmerinnen.</w:t>
      </w:r>
    </w:p>
    <w:p>
      <w:pPr>
        <w:pStyle w:val="ListBullet"/>
      </w:pPr>
      <w:r>
        <w:t>Keine Teilnehmerin zu einer künstlich unterwürfigen, aggressiven oder emotional belastenden Darstellung anweisen.</w:t>
      </w:r>
    </w:p>
    <w:p>
      <w:pPr>
        <w:pStyle w:val="ListBullet"/>
      </w:pPr>
      <w:r>
        <w:t>Zuerst Eigenwahrnehmung, dann Fremdwahrnehmung.</w:t>
      </w:r>
    </w:p>
    <w:p>
      <w:pPr>
        <w:pStyle w:val="ListBullet"/>
      </w:pPr>
      <w:r>
        <w:t>Nicht den vermeintlich perfekten Satz küren. Entscheidend sind Klarheit, Stimmigkeit, Umsetzbarkeit und situative Sicherheit.</w:t>
      </w:r>
    </w:p>
    <w:p>
      <w:pPr>
        <w:pStyle w:val="ListBullet"/>
      </w:pPr>
      <w:r>
        <w:t>Eine klare Antwort garantiert weder Deeskalation noch Zustimmung des Gegenübers.</w:t>
      </w:r>
    </w:p>
    <w:p>
      <w:pPr>
        <w:pStyle w:val="Heading2"/>
        <w:keepNext/>
      </w:pPr>
      <w:r>
        <w:t>Übergang</w:t>
      </w:r>
    </w:p>
    <w:p>
      <w:pPr>
        <w:ind w:left="397"/>
      </w:pPr>
      <w:r>
        <w:rPr>
          <w:i/>
        </w:rPr>
        <w:t>„Wir haben drei Werkzeuge gerade unter dem Vergrößerungsglas betrachtet. Jetzt führen wir sie wieder in einem vollständigen Gespräch zusammen – einschließlich der Frage, wann weiteres Reden endet und Handeln beginnt.“</w:t>
      </w:r>
    </w:p>
    <w:p>
      <w:pPr>
        <w:pStyle w:val="Heading1"/>
        <w:keepNext/>
      </w:pPr>
      <w:r>
        <w:t>10. Slot 4 – Integrierte Anwendung: Grenze halten, beenden und aussteigen</w:t>
      </w:r>
    </w:p>
    <w:p>
      <w:pPr>
        <w:pStyle w:val="Heading2"/>
        <w:keepNext/>
      </w:pPr>
      <w:r>
        <w:t>Ziel</w:t>
      </w:r>
    </w:p>
    <w:p>
      <w:r>
        <w:t>Die Teilnehmerinnen verbinden die fünf Werkzeuge in einem vollständigen, niedrig dosierten Gesprächsverlauf. Sie nehmen zunehmenden Druck wahr, steuern ihre eigene Reaktion, vermeiden eine Rechtfertigungsschleife, setzen eine erkennbare Grenze und entscheiden selbst, wann sie das Gespräch beendet und tatsächlich aussteigt.</w:t>
      </w:r>
    </w:p>
    <w:p>
      <w:pPr>
        <w:pStyle w:val="Heading2"/>
        <w:keepNext/>
      </w:pPr>
      <w:r>
        <w:t>Werkzeugfokus und erwartetes Ergebnis</w:t>
      </w:r>
    </w:p>
    <w:tbl>
      <w:tblPr>
        <w:tblStyle w:val="TableGrid"/>
        <w:tblW w:type="auto" w:w="0"/>
        <w:jc w:val="center"/>
        <w:tblLook w:firstColumn="1" w:firstRow="1" w:lastColumn="0" w:lastRow="0" w:noHBand="0" w:noVBand="1" w:val="04A0"/>
      </w:tblPr>
      <w:tblGrid>
        <w:gridCol w:w="3324"/>
        <w:gridCol w:w="3324"/>
        <w:gridCol w:w="3324"/>
      </w:tblGrid>
      <w:tr>
        <w:trPr>
          <w:tblHeader w:val="true"/>
          <w:cantSplit/>
        </w:trPr>
        <w:tc>
          <w:tcPr>
            <w:tcW w:type="dxa" w:w="3324"/>
            <w:shd w:fill="D9EAF7"/>
          </w:tcPr>
          <w:p>
            <w:r/>
            <w:r>
              <w:rPr>
                <w:b/>
              </w:rPr>
              <w:t>Werkzeug</w:t>
            </w:r>
          </w:p>
        </w:tc>
        <w:tc>
          <w:tcPr>
            <w:tcW w:type="dxa" w:w="3324"/>
            <w:shd w:fill="D9EAF7"/>
          </w:tcPr>
          <w:p>
            <w:r/>
            <w:r>
              <w:rPr>
                <w:b/>
              </w:rPr>
              <w:t>Beobachtbarer Fokus</w:t>
            </w:r>
          </w:p>
        </w:tc>
        <w:tc>
          <w:tcPr>
            <w:tcW w:type="dxa" w:w="3324"/>
            <w:shd w:fill="D9EAF7"/>
          </w:tcPr>
          <w:p>
            <w:r/>
            <w:r>
              <w:rPr>
                <w:b/>
              </w:rPr>
              <w:t>Erwartetes Ergebnis</w:t>
            </w:r>
          </w:p>
        </w:tc>
      </w:tr>
      <w:tr>
        <w:trPr>
          <w:cantSplit/>
        </w:trPr>
        <w:tc>
          <w:tcPr>
            <w:tcW w:type="dxa" w:w="3324"/>
            <w:vAlign w:val="center"/>
          </w:tcPr>
          <w:p>
            <w:r>
              <w:t>1. Druck erkennen</w:t>
            </w:r>
          </w:p>
        </w:tc>
        <w:tc>
          <w:tcPr>
            <w:tcW w:type="dxa" w:w="3324"/>
            <w:vAlign w:val="center"/>
          </w:tcPr>
          <w:p>
            <w:r>
              <w:t>Wann wird aus einer Bitte wiederholter sozialer Druck?</w:t>
            </w:r>
          </w:p>
        </w:tc>
        <w:tc>
          <w:tcPr>
            <w:tcW w:type="dxa" w:w="3324"/>
            <w:vAlign w:val="center"/>
          </w:tcPr>
          <w:p>
            <w:r>
              <w:t>Mindestens ein Kipp- oder Drucksignal wird wahrgenommen.</w:t>
            </w:r>
          </w:p>
        </w:tc>
      </w:tr>
      <w:tr>
        <w:trPr>
          <w:cantSplit/>
        </w:trPr>
        <w:tc>
          <w:tcPr>
            <w:tcW w:type="dxa" w:w="3324"/>
            <w:vAlign w:val="center"/>
          </w:tcPr>
          <w:p>
            <w:r>
              <w:t>2. Nicht spiegeln</w:t>
            </w:r>
          </w:p>
        </w:tc>
        <w:tc>
          <w:tcPr>
            <w:tcW w:type="dxa" w:w="3324"/>
            <w:vAlign w:val="center"/>
          </w:tcPr>
          <w:p>
            <w:r>
              <w:t>Bleibt die Person bei eigenem Tempo und eigener Schärfe?</w:t>
            </w:r>
          </w:p>
        </w:tc>
        <w:tc>
          <w:tcPr>
            <w:tcW w:type="dxa" w:w="3324"/>
            <w:vAlign w:val="center"/>
          </w:tcPr>
          <w:p>
            <w:r>
              <w:t>Sie wird nicht automatisch von Tempo oder Gereiztheit mitgezogen.</w:t>
            </w:r>
          </w:p>
        </w:tc>
      </w:tr>
      <w:tr>
        <w:trPr>
          <w:cantSplit/>
        </w:trPr>
        <w:tc>
          <w:tcPr>
            <w:tcW w:type="dxa" w:w="3324"/>
            <w:vAlign w:val="center"/>
          </w:tcPr>
          <w:p>
            <w:r>
              <w:t>3. Nicht rechtfertigen</w:t>
            </w:r>
          </w:p>
        </w:tc>
        <w:tc>
          <w:tcPr>
            <w:tcW w:type="dxa" w:w="3324"/>
            <w:vAlign w:val="center"/>
          </w:tcPr>
          <w:p>
            <w:r>
              <w:t>Liefert sie immer neue Gründe nach?</w:t>
            </w:r>
          </w:p>
        </w:tc>
        <w:tc>
          <w:tcPr>
            <w:tcW w:type="dxa" w:w="3324"/>
            <w:vAlign w:val="center"/>
          </w:tcPr>
          <w:p>
            <w:r>
              <w:t>Sie lässt eine knappe Antwort stehen oder beendet die Begründungsschleife.</w:t>
            </w:r>
          </w:p>
        </w:tc>
      </w:tr>
      <w:tr>
        <w:trPr>
          <w:cantSplit/>
        </w:trPr>
        <w:tc>
          <w:tcPr>
            <w:tcW w:type="dxa" w:w="3324"/>
            <w:vAlign w:val="center"/>
          </w:tcPr>
          <w:p>
            <w:r>
              <w:t>4. Kurze klare Grenze</w:t>
            </w:r>
          </w:p>
        </w:tc>
        <w:tc>
          <w:tcPr>
            <w:tcW w:type="dxa" w:w="3324"/>
            <w:vAlign w:val="center"/>
          </w:tcPr>
          <w:p>
            <w:r>
              <w:t>Ist die Entscheidung als Aussage erkennbar?</w:t>
            </w:r>
          </w:p>
        </w:tc>
        <w:tc>
          <w:tcPr>
            <w:tcW w:type="dxa" w:w="3324"/>
            <w:vAlign w:val="center"/>
          </w:tcPr>
          <w:p>
            <w:r>
              <w:t>Die Grenze bleibt trotz weiterer Nachfrage verständlich.</w:t>
            </w:r>
          </w:p>
        </w:tc>
      </w:tr>
      <w:tr>
        <w:trPr>
          <w:cantSplit/>
        </w:trPr>
        <w:tc>
          <w:tcPr>
            <w:tcW w:type="dxa" w:w="3324"/>
            <w:vAlign w:val="center"/>
          </w:tcPr>
          <w:p>
            <w:r>
              <w:t>5. Beenden / aussteigen</w:t>
            </w:r>
          </w:p>
        </w:tc>
        <w:tc>
          <w:tcPr>
            <w:tcW w:type="dxa" w:w="3324"/>
            <w:vAlign w:val="center"/>
          </w:tcPr>
          <w:p>
            <w:r>
              <w:t>Wann wird weiteres Reden aufgegeben und in Handlung gewechselt?</w:t>
            </w:r>
          </w:p>
        </w:tc>
        <w:tc>
          <w:tcPr>
            <w:tcW w:type="dxa" w:w="3324"/>
            <w:vAlign w:val="center"/>
          </w:tcPr>
          <w:p>
            <w:r>
              <w:t>Gesprächsabschluss, Bewegung, Distanz oder Unterstützung werden verbunden.</w:t>
            </w:r>
          </w:p>
        </w:tc>
      </w:tr>
    </w:tbl>
    <w:p>
      <w:r>
        <w:t>Die Werkzeuge werden nicht einzeln abgehakt. Werkzeug 5 ist weder zwingend der letzte Schritt noch muss es sprachlich angekündigt werden. Ein unmittelbarer Ausstieg kann von Beginn an die passende Handlung sein. Der Lernanspruch dieses Slots ist eine erste integrierte Anwendung; Stabilität unter erneutem Druck wird erst in der Nachfolgeeinheit weiter aufgebaut.</w:t>
      </w:r>
    </w:p>
    <w:p>
      <w:pPr>
        <w:pStyle w:val="Heading2"/>
        <w:keepNext/>
      </w:pPr>
      <w:r>
        <w:t>Zeitfenster und Material</w:t>
      </w:r>
    </w:p>
    <w:p>
      <w:r>
        <w:t>Planwert in der 90-Minuten-Fassung: 25 Minuten einschließlich kurzer Demonstration, einer vollständigen Szene und fokussierter Auswertung.</w:t>
      </w:r>
    </w:p>
    <w:p>
      <w:r>
        <w:t>Material: Rollenkarten für Person A und B; Beobachtungsübersicht mit den fünf Werkzeugen; klar definierter Spielbereich; freie Laufstrecke von etwa drei bis fünf Metern; sichtbarer Zielbereich „Abstand / sichere Anlaufstelle“; optional eine dritte Person als ansprechbare Unterstützung.</w:t>
      </w:r>
    </w:p>
    <w:p>
      <w:pPr>
        <w:pStyle w:val="Heading2"/>
        <w:keepNext/>
      </w:pPr>
      <w:r>
        <w:t>Ausgangssituation</w:t>
      </w:r>
    </w:p>
    <w:p>
      <w:r>
        <w:t>Für eine gemeinsame Veranstaltung oder Gruppenaufgabe soll kurzfristig eine zusätzliche Aufgabe übernommen werden. Person A hat bereits entschieden, diese Aufgabe nicht zu übernehmen und möchte anschließend gehen. Person B möchte die Zusage oder zumindest eine ausführliche Erklärung erreichen.</w:t>
      </w:r>
    </w:p>
    <w:p>
      <w:r>
        <w:t>Altersgerechte Rahmung: Bei jüngeren Teilnehmerinnen kann es um eine schulische Gruppenaufgabe oder eine Aufgabe im Verein gehen; bei Erwachsenen um eine Vereinsveranstaltung, ein ehrenamtliches Projekt oder eine zusätzliche organisatorische Aufgabe am Arbeitsplatz.</w:t>
      </w:r>
    </w:p>
    <w:p>
      <w:pPr>
        <w:pStyle w:val="Heading2"/>
        <w:keepNext/>
      </w:pPr>
      <w:r>
        <w:t>Rollenkarte Person A – freiwillige Teilnehmerin</w:t>
      </w:r>
    </w:p>
    <w:p>
      <w:pPr>
        <w:pStyle w:val="ListBullet"/>
      </w:pPr>
      <w:r>
        <w:t>Du hast entschieden, die zusätzliche Aufgabe nicht zu übernehmen und möchtest danach gehen.</w:t>
      </w:r>
    </w:p>
    <w:p>
      <w:pPr>
        <w:pStyle w:val="ListBullet"/>
      </w:pPr>
      <w:r>
        <w:t>Das Verhältnis zu Person B ist dir wichtig; du möchtest nicht als unzuverlässig oder egoistisch gelten.</w:t>
      </w:r>
    </w:p>
    <w:p>
      <w:pPr>
        <w:pStyle w:val="ListBullet"/>
      </w:pPr>
      <w:r>
        <w:t>Du hast einen privaten Grund, möchtest diesen aber nicht ausführlich erklären.</w:t>
      </w:r>
    </w:p>
    <w:p>
      <w:pPr>
        <w:pStyle w:val="ListBullet"/>
      </w:pPr>
      <w:r>
        <w:t>Dein Ziel ist, bei deiner Entscheidung zu bleiben und die Situation für dich stimmig zu beenden.</w:t>
      </w:r>
    </w:p>
    <w:p>
      <w:pPr>
        <w:pStyle w:val="ListBullet"/>
      </w:pPr>
      <w:r>
        <w:t>Du darfst sprechen, schweigen, einen Satz wiederholen, dich einer anderen Person zuwenden oder direkt gehen.</w:t>
      </w:r>
    </w:p>
    <w:p>
      <w:pPr>
        <w:pStyle w:val="ListBullet"/>
      </w:pPr>
      <w:r>
        <w:t>Reagiere natürlich. Es gibt keinen vorgegebenen Satz und keine erwartete perfekte Lösung.</w:t>
      </w:r>
    </w:p>
    <w:p>
      <w:pPr>
        <w:pStyle w:val="Heading2"/>
        <w:keepNext/>
      </w:pPr>
      <w:r>
        <w:t>Rollenkarte Person B – Trainer oder vorbereitete Partnerin</w:t>
      </w:r>
    </w:p>
    <w:p>
      <w:pPr>
        <w:pStyle w:val="ListBullet"/>
      </w:pPr>
      <w:r>
        <w:t>Du möchtest, dass Person A die zusätzliche Aufgabe übernimmt oder ihre Ablehnung ausführlich begründet.</w:t>
      </w:r>
    </w:p>
    <w:p>
      <w:pPr>
        <w:pStyle w:val="ListBullet"/>
      </w:pPr>
      <w:r>
        <w:t>Du hältst deine Bitte für zumutbar und glaubst, dass A bei etwas mehr Überzeugung zustimmen könnte.</w:t>
      </w:r>
    </w:p>
    <w:p>
      <w:pPr>
        <w:pStyle w:val="ListBullet"/>
      </w:pPr>
      <w:r>
        <w:t>Bleibe sozial plausibel. Keine Beleidigungen, Drohungen, sexualisierten Inhalte oder körperliche Nähe.</w:t>
      </w:r>
    </w:p>
    <w:p>
      <w:pPr>
        <w:pStyle w:val="ListBullet"/>
      </w:pPr>
      <w:r>
        <w:t>Nutze Nachfragen, Verkleinerung des Aufwands, einen Appell an Zuverlässigkeit und höchstens leichte Gereiztheit.</w:t>
      </w:r>
    </w:p>
    <w:p>
      <w:pPr>
        <w:pStyle w:val="ListBullet"/>
      </w:pPr>
      <w:r>
        <w:t>Wenn A das Gespräch erkennbar beendet, darfst du genau einen letzten verbalen Haken setzen. Danach nicht folgen, blockieren oder weiterdrängen.</w:t>
      </w:r>
    </w:p>
    <w:p>
      <w:pPr>
        <w:pStyle w:val="Heading2"/>
        <w:keepNext/>
      </w:pPr>
      <w:r>
        <w:t>Interne Druckentwicklung für den Trainer</w:t>
      </w:r>
    </w:p>
    <w:p>
      <w:pPr>
        <w:spacing w:before="0" w:after="0" w:line="240" w:lineRule="auto"/>
        <w:ind w:left="369" w:hanging="255"/>
      </w:pPr>
      <w:r>
        <w:t>1. Freundliche Bitte oder erneute Nachfrage.</w:t>
      </w:r>
    </w:p>
    <w:p>
      <w:pPr>
        <w:spacing w:before="0" w:after="0" w:line="240" w:lineRule="auto"/>
        <w:ind w:left="369" w:hanging="255"/>
      </w:pPr>
      <w:r>
        <w:t>2. Verkleinerung: „Es ist doch nur eine kleine Aufgabe.“</w:t>
      </w:r>
    </w:p>
    <w:p>
      <w:pPr>
        <w:spacing w:before="0" w:after="0" w:line="240" w:lineRule="auto"/>
        <w:ind w:left="369" w:hanging="255"/>
      </w:pPr>
      <w:r>
        <w:t>3. Begründungsdruck: „Warum geht das denn nicht?“</w:t>
      </w:r>
    </w:p>
    <w:p>
      <w:pPr>
        <w:spacing w:before="0" w:after="0" w:line="240" w:lineRule="auto"/>
        <w:ind w:left="369" w:hanging="255"/>
      </w:pPr>
      <w:r>
        <w:t>4. Sozialer Appell: „Auf dich konnte man sich sonst immer verlassen.“</w:t>
      </w:r>
    </w:p>
    <w:p>
      <w:pPr>
        <w:spacing w:before="0" w:after="0" w:line="240" w:lineRule="auto"/>
        <w:ind w:left="369" w:hanging="255"/>
      </w:pPr>
      <w:r>
        <w:t>5. Leicht erhöhte Schärfe: „Ich verstehe nicht, warum du daraus so ein Thema machst.“</w:t>
      </w:r>
    </w:p>
    <w:p>
      <w:pPr>
        <w:spacing w:before="0" w:after="0" w:line="240" w:lineRule="auto"/>
        <w:ind w:left="369" w:hanging="255"/>
      </w:pPr>
      <w:r>
        <w:t>6. Nach einem erkennbaren Gesprächsabschluss höchstens ein letzter Haken: „Jetzt lauf doch nicht einfach weg.“ oder „Sag wenigstens noch, warum.“</w:t>
      </w:r>
    </w:p>
    <w:p>
      <w:r>
        <w:t>Nicht jede Stufe muss genutzt werden. Die Szene endet, wenn Person A Abstand beziehungsweise den Zielbereich erreicht hat, Unterstützung einbezieht oder nach mehreren Impulsen kein zusätzlicher Lerngewinn entsteht.</w:t>
      </w:r>
    </w:p>
    <w:p>
      <w:pPr>
        <w:pStyle w:val="Heading2"/>
        <w:keepNext/>
      </w:pPr>
      <w:r>
        <w:t>Raum- und Sicherheitsaufbau</w:t>
      </w:r>
    </w:p>
    <w:p>
      <w:pPr>
        <w:pStyle w:val="ListBullet"/>
      </w:pPr>
      <w:r>
        <w:t>Der Weg zum Zielbereich bleibt frei von Taschen, Stühlen und anderen Hindernissen.</w:t>
      </w:r>
    </w:p>
    <w:p>
      <w:pPr>
        <w:pStyle w:val="ListBullet"/>
      </w:pPr>
      <w:r>
        <w:t>Die drängende Rolle darf den Weg nicht blockieren, die Teilnehmerin nicht berühren und ihr nicht körperlich folgen.</w:t>
      </w:r>
    </w:p>
    <w:p>
      <w:pPr>
        <w:pStyle w:val="ListBullet"/>
      </w:pPr>
      <w:r>
        <w:t>Nach dem Gesprächsabschluss ist höchstens ein letzter verbaler Impuls zulässig.</w:t>
      </w:r>
    </w:p>
    <w:p>
      <w:pPr>
        <w:pStyle w:val="ListBullet"/>
      </w:pPr>
      <w:r>
        <w:t>Die Teilnehmerin darf jederzeit stoppen, die Rolle verlassen oder eine andere Form des Ausstiegs wählen.</w:t>
      </w:r>
    </w:p>
    <w:p>
      <w:pPr>
        <w:pStyle w:val="ListBullet"/>
      </w:pPr>
      <w:r>
        <w:t>Der Trainer steht so, dass er die Sequenz sofort beenden und die räumliche Distanz sichern kann.</w:t>
      </w:r>
    </w:p>
    <w:p>
      <w:pPr>
        <w:pStyle w:val="Heading2"/>
        <w:keepNext/>
      </w:pPr>
      <w:r>
        <w:t>Kurze vorbereitende Demonstration innerhalb des Slots</w:t>
      </w:r>
    </w:p>
    <w:p>
      <w:r>
        <w:t>Vor der vollständigen Szene zeigen Trainer und Partnerin in weniger als einer Minute zwei Varianten. Diese Demonstration ist kein eigener Slot:</w:t>
      </w:r>
    </w:p>
    <w:p>
      <w:pPr>
        <w:pStyle w:val="ListBullet"/>
      </w:pPr>
      <w:r>
        <w:t>„Ich diskutiere das nicht weiter“ – die Person bleibt jedoch stehen, erklärt erneut und reagiert auf den nächsten Einwand.</w:t>
      </w:r>
    </w:p>
    <w:p>
      <w:pPr>
        <w:pStyle w:val="ListBullet"/>
      </w:pPr>
      <w:r>
        <w:t>Kurzer Abschluss – Körper zum Ziel ausrichten – Bewegung beginnen – auf einen letzten Zuruf nicht erneut argumentativ einsteigen.</w:t>
      </w:r>
    </w:p>
    <w:p>
      <w:r>
        <w:t>Einzige Auswertungsfrage: „Woran war der tatsächliche Ausstieg erkennbar?“</w:t>
      </w:r>
    </w:p>
    <w:p>
      <w:pPr>
        <w:pStyle w:val="Heading2"/>
        <w:keepNext/>
      </w:pPr>
      <w:r>
        <w:t>Beobachtungsauftrag</w:t>
      </w:r>
    </w:p>
    <w:p>
      <w:pPr>
        <w:pStyle w:val="ListBullet"/>
      </w:pPr>
      <w:r>
        <w:t>Woran wurde erkennbar, dass Druck entstand oder zunahm?</w:t>
      </w:r>
    </w:p>
    <w:p>
      <w:pPr>
        <w:pStyle w:val="ListBullet"/>
      </w:pPr>
      <w:r>
        <w:t>Hat die handelnde Person ihr eigenes Tempo und ihre eigene Schärfe behalten?</w:t>
      </w:r>
    </w:p>
    <w:p>
      <w:pPr>
        <w:pStyle w:val="ListBullet"/>
      </w:pPr>
      <w:r>
        <w:t>Wann entstanden neue Rechtfertigungen oder neue Verhandlungsmöglichkeiten?</w:t>
      </w:r>
    </w:p>
    <w:p>
      <w:pPr>
        <w:pStyle w:val="ListBullet"/>
      </w:pPr>
      <w:r>
        <w:t>Wann war eine Grenze als Grenze erkennbar?</w:t>
      </w:r>
    </w:p>
    <w:p>
      <w:pPr>
        <w:pStyle w:val="ListBullet"/>
      </w:pPr>
      <w:r>
        <w:t>Wann und wodurch wurde aus Reden tatsächliches Beenden oder Aussteigen?</w:t>
      </w:r>
    </w:p>
    <w:p>
      <w:pPr>
        <w:pStyle w:val="Heading2"/>
        <w:keepNext/>
      </w:pPr>
      <w:r>
        <w:t>Durchführung</w:t>
      </w:r>
    </w:p>
    <w:p>
      <w:pPr>
        <w:spacing w:before="0" w:after="0" w:line="240" w:lineRule="auto"/>
        <w:ind w:left="369" w:hanging="255"/>
      </w:pPr>
      <w:r>
        <w:t>1. Kurze vorbereitende Demonstration durchführen und nur den Unterschied zwischen Abschlusssatz und tatsächlichem Ausstieg sichern.</w:t>
      </w:r>
    </w:p>
    <w:p>
      <w:pPr>
        <w:spacing w:before="0" w:after="0" w:line="240" w:lineRule="auto"/>
        <w:ind w:left="369" w:hanging="255"/>
      </w:pPr>
      <w:r>
        <w:t>2. Person A und B getrennt briefen; die fünf Werkzeuge nicht als Regieanweisung an Person A ausgeben.</w:t>
      </w:r>
    </w:p>
    <w:p>
      <w:pPr>
        <w:spacing w:before="0" w:after="0" w:line="240" w:lineRule="auto"/>
        <w:ind w:left="369" w:hanging="255"/>
      </w:pPr>
      <w:r>
        <w:t>3. Die vollständige Szene etwa drei bis fünf Minuten ohne Freeze oder Trainerkorrektur laufen lassen.</w:t>
      </w:r>
    </w:p>
    <w:p>
      <w:pPr>
        <w:spacing w:before="0" w:after="0" w:line="240" w:lineRule="auto"/>
        <w:ind w:left="369" w:hanging="255"/>
      </w:pPr>
      <w:r>
        <w:t>4. Person B darf nach einem erkennbaren Abschluss genau einen letzten verbalen Impuls geben.</w:t>
      </w:r>
    </w:p>
    <w:p>
      <w:pPr>
        <w:spacing w:before="0" w:after="0" w:line="240" w:lineRule="auto"/>
        <w:ind w:left="369" w:hanging="255"/>
      </w:pPr>
      <w:r>
        <w:t>5. Stoppen, wenn Person A den Zielbereich erreicht oder Unterstützung einbezogen hat, sichtbar überfordert ist oder die Szene keinen neuen Lerngewinn mehr erzeugt.</w:t>
      </w:r>
    </w:p>
    <w:p>
      <w:pPr>
        <w:spacing w:before="0" w:after="0" w:line="240" w:lineRule="auto"/>
        <w:ind w:left="369" w:hanging="255"/>
      </w:pPr>
      <w:r>
        <w:t>6. Zuerst Eigenwahrnehmung von Person A, dann Wahrnehmung von Person B, anschließend Beobachtungen der Gruppe.</w:t>
      </w:r>
    </w:p>
    <w:p>
      <w:pPr>
        <w:spacing w:before="0" w:after="0" w:line="240" w:lineRule="auto"/>
        <w:ind w:left="369" w:hanging="255"/>
      </w:pPr>
      <w:r>
        <w:t>7. In der 90-Minuten-Fassung bleibt es bei einer vollständigen Anwendungsszene. Eine neue Paarung und ein veränderter Kontext sind verbindlicher Bestandteil der Stabilisierungsphase.</w:t>
      </w:r>
    </w:p>
    <w:p>
      <w:pPr>
        <w:pStyle w:val="Heading2"/>
        <w:keepNext/>
      </w:pPr>
      <w:r>
        <w:t>Mögliche Ausstiegsoptionen</w:t>
      </w:r>
    </w:p>
    <w:p>
      <w:r>
        <w:t>Die Beispiele sind Wahlmöglichkeiten und keine vorgeschriebenen Standardsätze:</w:t>
      </w:r>
    </w:p>
    <w:p>
      <w:pPr>
        <w:pStyle w:val="ListBullet"/>
      </w:pPr>
      <w:r>
        <w:t>Kurzer Abschluss und Bewegung: „Ich diskutiere das nicht weiter. Ich gehe jetzt.“</w:t>
      </w:r>
    </w:p>
    <w:p>
      <w:pPr>
        <w:pStyle w:val="ListBullet"/>
      </w:pPr>
      <w:r>
        <w:t>Grenze einmal wiederholen und losgehen: „Nein. Dabei bleibt es.“</w:t>
      </w:r>
    </w:p>
    <w:p>
      <w:pPr>
        <w:pStyle w:val="ListBullet"/>
      </w:pPr>
      <w:r>
        <w:t>Ohne weitere Erklärung gehen.</w:t>
      </w:r>
    </w:p>
    <w:p>
      <w:pPr>
        <w:pStyle w:val="ListBullet"/>
      </w:pPr>
      <w:r>
        <w:t>Sich einer dritten Person oder der Gruppe zuwenden: „Ich brauche kurz Unterstützung.“</w:t>
      </w:r>
    </w:p>
    <w:p>
      <w:pPr>
        <w:pStyle w:val="ListBullet"/>
      </w:pPr>
      <w:r>
        <w:t>Den Ort oder Gesprächsrahmen wechseln, statt im direkten Zweiergespräch zu bleiben.</w:t>
      </w:r>
    </w:p>
    <w:p>
      <w:pPr>
        <w:pStyle w:val="Heading2"/>
        <w:keepNext/>
      </w:pPr>
      <w:r>
        <w:t>Auswertung</w:t>
      </w:r>
    </w:p>
    <w:p>
      <w:r>
        <w:t>Eigenwahrnehmung von Person A:</w:t>
      </w:r>
    </w:p>
    <w:p>
      <w:pPr>
        <w:pStyle w:val="ListBullet2"/>
      </w:pPr>
      <w:r>
        <w:t>Wann hast du den Druck erstmals wahrgenommen?</w:t>
      </w:r>
    </w:p>
    <w:p>
      <w:pPr>
        <w:pStyle w:val="ListBullet2"/>
      </w:pPr>
      <w:r>
        <w:t>Was hat dich zum Weitererklären gebracht oder dabei unterstützt, nicht weiter zu erklären?</w:t>
      </w:r>
    </w:p>
    <w:p>
      <w:pPr>
        <w:pStyle w:val="ListBullet2"/>
      </w:pPr>
      <w:r>
        <w:t>Was half dir, dein eigenes Tempo zu behalten?</w:t>
      </w:r>
    </w:p>
    <w:p>
      <w:pPr>
        <w:pStyle w:val="ListBullet2"/>
      </w:pPr>
      <w:r>
        <w:t>Wann hattest du das Gefühl, dass weiteres Reden nichts mehr verbessert?</w:t>
      </w:r>
    </w:p>
    <w:p>
      <w:pPr>
        <w:pStyle w:val="ListBullet2"/>
      </w:pPr>
      <w:r>
        <w:t>Was hat den Schritt vom Reden zum Handeln erleichtert oder erschwert?</w:t>
      </w:r>
    </w:p>
    <w:p>
      <w:pPr>
        <w:pStyle w:val="ListBullet2"/>
      </w:pPr>
      <w:r>
        <w:t>War der Abschluss für dich stimmig und umsetzbar?</w:t>
      </w:r>
    </w:p>
    <w:p>
      <w:r>
        <w:t>Wahrnehmung von Person B:</w:t>
      </w:r>
    </w:p>
    <w:p>
      <w:pPr>
        <w:pStyle w:val="ListBullet2"/>
      </w:pPr>
      <w:r>
        <w:t>Wann hattest du das Gefühl, noch verhandeln zu können?</w:t>
      </w:r>
    </w:p>
    <w:p>
      <w:pPr>
        <w:pStyle w:val="ListBullet2"/>
      </w:pPr>
      <w:r>
        <w:t>Was wirkte wie eine klare Entscheidung?</w:t>
      </w:r>
    </w:p>
    <w:p>
      <w:pPr>
        <w:pStyle w:val="ListBullet2"/>
      </w:pPr>
      <w:r>
        <w:t>Wann war erkennbar, dass nicht mehr verhandelt wird?</w:t>
      </w:r>
    </w:p>
    <w:p>
      <w:pPr>
        <w:pStyle w:val="ListBullet2"/>
      </w:pPr>
      <w:r>
        <w:t>Was hat den tatsächlichen Abschluss deutlich gemacht?</w:t>
      </w:r>
    </w:p>
    <w:p>
      <w:r>
        <w:t>Außenbeobachtung:</w:t>
      </w:r>
    </w:p>
    <w:p>
      <w:pPr>
        <w:pStyle w:val="ListBullet2"/>
      </w:pPr>
      <w:r>
        <w:t>Welche der fünf Werkzeuge waren im Verlauf erkennbar?</w:t>
      </w:r>
    </w:p>
    <w:p>
      <w:pPr>
        <w:pStyle w:val="ListBullet2"/>
      </w:pPr>
      <w:r>
        <w:t>Wo wurde die Situation enger, wo entstand Handlungsspielraum?</w:t>
      </w:r>
    </w:p>
    <w:p>
      <w:pPr>
        <w:pStyle w:val="ListBullet2"/>
      </w:pPr>
      <w:r>
        <w:t>Haben Worte, Körperausrichtung und Bewegung zusammengepasst?</w:t>
      </w:r>
    </w:p>
    <w:p>
      <w:pPr>
        <w:pStyle w:val="ListBullet2"/>
      </w:pPr>
      <w:r>
        <w:t>Blieb die Person nach ihrem Abschlusssatz stehen oder handelte sie?</w:t>
      </w:r>
    </w:p>
    <w:p>
      <w:pPr>
        <w:pStyle w:val="ListBullet2"/>
      </w:pPr>
      <w:r>
        <w:t>Ließ sie sich durch den letzten Haken wieder in eine Erklärung ziehen?</w:t>
      </w:r>
    </w:p>
    <w:p>
      <w:pPr>
        <w:pStyle w:val="ListBullet2"/>
      </w:pPr>
      <w:r>
        <w:t>Wurde Abstand oder Unterstützung tatsächlich hergestellt?</w:t>
      </w:r>
    </w:p>
    <w:p>
      <w:pPr>
        <w:pStyle w:val="Heading2"/>
        <w:keepNext/>
      </w:pPr>
      <w:r>
        <w:t>Sichtbare Ergebnissicherung</w:t>
      </w:r>
    </w:p>
    <w:tbl>
      <w:tblPr>
        <w:tblStyle w:val="TableGrid"/>
        <w:tblW w:type="auto" w:w="0"/>
        <w:jc w:val="center"/>
        <w:tblLook w:firstColumn="1" w:firstRow="1" w:lastColumn="0" w:lastRow="0" w:noHBand="0" w:noVBand="1" w:val="04A0"/>
      </w:tblPr>
      <w:tblGrid>
        <w:gridCol w:w="4986"/>
        <w:gridCol w:w="4986"/>
      </w:tblGrid>
      <w:tr>
        <w:trPr>
          <w:tblHeader w:val="true"/>
          <w:cantSplit/>
        </w:trPr>
        <w:tc>
          <w:tcPr>
            <w:tcW w:type="dxa" w:w="4986"/>
            <w:shd w:fill="D9EAF7"/>
          </w:tcPr>
          <w:p>
            <w:r/>
            <w:r>
              <w:rPr>
                <w:b/>
              </w:rPr>
              <w:t>Werkzeug</w:t>
            </w:r>
          </w:p>
        </w:tc>
        <w:tc>
          <w:tcPr>
            <w:tcW w:type="dxa" w:w="4986"/>
            <w:shd w:fill="D9EAF7"/>
          </w:tcPr>
          <w:p>
            <w:r/>
            <w:r>
              <w:rPr>
                <w:b/>
              </w:rPr>
              <w:t>Gemeinsame Verdichtung</w:t>
            </w:r>
          </w:p>
        </w:tc>
      </w:tr>
      <w:tr>
        <w:trPr>
          <w:cantSplit/>
        </w:trPr>
        <w:tc>
          <w:tcPr>
            <w:tcW w:type="dxa" w:w="4986"/>
            <w:vAlign w:val="center"/>
          </w:tcPr>
          <w:p>
            <w:r>
              <w:t>1. Druck erkennen</w:t>
            </w:r>
          </w:p>
        </w:tc>
        <w:tc>
          <w:tcPr>
            <w:tcW w:type="dxa" w:w="4986"/>
            <w:vAlign w:val="center"/>
          </w:tcPr>
          <w:p>
            <w:r>
              <w:t>Früh wahrnehmen, wenn aus Gespräch oder Bitte Druck wird.</w:t>
            </w:r>
          </w:p>
        </w:tc>
      </w:tr>
      <w:tr>
        <w:trPr>
          <w:cantSplit/>
        </w:trPr>
        <w:tc>
          <w:tcPr>
            <w:tcW w:type="dxa" w:w="4986"/>
            <w:vAlign w:val="center"/>
          </w:tcPr>
          <w:p>
            <w:r>
              <w:t>2. Nicht spiegeln</w:t>
            </w:r>
          </w:p>
        </w:tc>
        <w:tc>
          <w:tcPr>
            <w:tcW w:type="dxa" w:w="4986"/>
            <w:vAlign w:val="center"/>
          </w:tcPr>
          <w:p>
            <w:r>
              <w:t>Eigenes Tempo und eigene Schärfe bewusst steuern.</w:t>
            </w:r>
          </w:p>
        </w:tc>
      </w:tr>
      <w:tr>
        <w:trPr>
          <w:cantSplit/>
        </w:trPr>
        <w:tc>
          <w:tcPr>
            <w:tcW w:type="dxa" w:w="4986"/>
            <w:vAlign w:val="center"/>
          </w:tcPr>
          <w:p>
            <w:r>
              <w:t>3. Nicht rechtfertigen</w:t>
            </w:r>
          </w:p>
        </w:tc>
        <w:tc>
          <w:tcPr>
            <w:tcW w:type="dxa" w:w="4986"/>
            <w:vAlign w:val="center"/>
          </w:tcPr>
          <w:p>
            <w:r>
              <w:t>Keine immer neuen Gründe nachliefern.</w:t>
            </w:r>
          </w:p>
        </w:tc>
      </w:tr>
      <w:tr>
        <w:trPr>
          <w:cantSplit/>
        </w:trPr>
        <w:tc>
          <w:tcPr>
            <w:tcW w:type="dxa" w:w="4986"/>
            <w:vAlign w:val="center"/>
          </w:tcPr>
          <w:p>
            <w:r>
              <w:t>4. Kurze klare Grenze</w:t>
            </w:r>
          </w:p>
        </w:tc>
        <w:tc>
          <w:tcPr>
            <w:tcW w:type="dxa" w:w="4986"/>
            <w:vAlign w:val="center"/>
          </w:tcPr>
          <w:p>
            <w:r>
              <w:t>Entscheidung kurz und verständlich als Aussage formulieren.</w:t>
            </w:r>
          </w:p>
        </w:tc>
      </w:tr>
      <w:tr>
        <w:trPr>
          <w:cantSplit/>
        </w:trPr>
        <w:tc>
          <w:tcPr>
            <w:tcW w:type="dxa" w:w="4986"/>
            <w:vAlign w:val="center"/>
          </w:tcPr>
          <w:p>
            <w:r>
              <w:t>5. Beenden / aussteigen</w:t>
            </w:r>
          </w:p>
        </w:tc>
        <w:tc>
          <w:tcPr>
            <w:tcW w:type="dxa" w:w="4986"/>
            <w:vAlign w:val="center"/>
          </w:tcPr>
          <w:p>
            <w:r>
              <w:t>Aufhören zu diskutieren, tatsächlich handeln, Abstand oder Unterstützung herstellen.</w:t>
            </w:r>
          </w:p>
        </w:tc>
      </w:tr>
    </w:tbl>
    <w:p>
      <w:pPr>
        <w:pStyle w:val="Heading2"/>
        <w:keepNext/>
      </w:pPr>
      <w:r>
        <w:t>Trainerhinweise und fachliche Grenzen</w:t>
      </w:r>
    </w:p>
    <w:p>
      <w:pPr>
        <w:pStyle w:val="ListBullet"/>
      </w:pPr>
      <w:r>
        <w:t>Die Szene ist eine Anwendung, keine Prüfung der freiwilligen Teilnehmerin.</w:t>
      </w:r>
    </w:p>
    <w:p>
      <w:pPr>
        <w:pStyle w:val="ListBullet"/>
      </w:pPr>
      <w:r>
        <w:t>Die Werkzeuge nicht einzeln abhaken oder benoten. Entscheidend ist der zusammenhängende Gesprächsverlauf.</w:t>
      </w:r>
    </w:p>
    <w:p>
      <w:pPr>
        <w:pStyle w:val="ListBullet"/>
      </w:pPr>
      <w:r>
        <w:t>Nicht moralisch bewerten, wie früh oder spät eine Teilnehmerin aussteigt.</w:t>
      </w:r>
    </w:p>
    <w:p>
      <w:pPr>
        <w:pStyle w:val="ListBullet"/>
      </w:pPr>
      <w:r>
        <w:t>Ein Ausstieg muss nicht angekündigt werden; in bedrohlichen Situationen kann direktes Handeln sicherer sein.</w:t>
      </w:r>
    </w:p>
    <w:p>
      <w:pPr>
        <w:pStyle w:val="ListBullet"/>
      </w:pPr>
      <w:r>
        <w:t>Nicht jede Situation kann sofort verlassen werden. Hierarchien, Abhängigkeiten, räumliche Hindernisse oder akute Bedrohung können andere Schutz- und Unterstützungsstrategien erfordern.</w:t>
      </w:r>
    </w:p>
    <w:p>
      <w:pPr>
        <w:pStyle w:val="ListBullet"/>
      </w:pPr>
      <w:r>
        <w:t>Kein rückwärts gerichtetes Weggehen und kein Blickkontaktgebot verlangen. Ein sicherer Weg und Umgebungswahrnehmung sind wichtiger.</w:t>
      </w:r>
    </w:p>
    <w:p>
      <w:pPr>
        <w:pStyle w:val="ListBullet"/>
      </w:pPr>
      <w:r>
        <w:t>Nicht behaupten, eine klare Antwort oder ein Abschlusssatz müsse das Gegenüber zur Akzeptanz bringen.</w:t>
      </w:r>
    </w:p>
    <w:p>
      <w:pPr>
        <w:pStyle w:val="ListBullet"/>
      </w:pPr>
      <w:r>
        <w:t>Die Verantwortung für übergriffiges oder gewalttätiges Verhalten bleibt beim Gegenüber; die Werkzeuge erweitern eigene Möglichkeiten und begründen keine Schuldzuweisung.</w:t>
      </w:r>
    </w:p>
    <w:p>
      <w:pPr>
        <w:pStyle w:val="ListBullet"/>
      </w:pPr>
      <w:r>
        <w:t>Bei Hinweisen auf reale Gewalt oder fehlende Ausstiegsmöglichkeiten nicht in eine öffentliche Problemlösung gehen. Unterstützungsangebote und Einzelansprache bereithalten.</w:t>
      </w:r>
    </w:p>
    <w:p>
      <w:pPr>
        <w:pStyle w:val="Heading2"/>
        <w:keepNext/>
      </w:pPr>
      <w:r>
        <w:t>Übergang zum Abschluss</w:t>
      </w:r>
    </w:p>
    <w:p>
      <w:pPr>
        <w:ind w:left="397"/>
      </w:pPr>
      <w:r>
        <w:rPr>
          <w:i/>
        </w:rPr>
        <w:t>„Die fünf Werkzeuge sind keine Sammlung perfekter Sätze und keine starre Treppe. Je nach Situation können einzelne oder mehrere davon passen – und ein Ausstieg kann auch sofort die richtige Entscheidung sein.“</w:t>
      </w:r>
    </w:p>
    <w:p>
      <w:pPr>
        <w:pStyle w:val="Heading1"/>
        <w:keepNext/>
      </w:pPr>
      <w:r>
        <w:t>11. Kurzer Abschluss – Zusammenführung und Alltagstransfer</w:t>
      </w:r>
    </w:p>
    <w:p>
      <w:pPr>
        <w:pStyle w:val="Heading2"/>
        <w:keepNext/>
      </w:pPr>
      <w:r>
        <w:t>Ziel</w:t>
      </w:r>
    </w:p>
    <w:p>
      <w:r>
        <w:t>Die Teilnehmerinnen sichern die fünf Werkzeuge als überschaubares Merkmodell, verbinden sie mit den zugehörigen Eskalationsfallen und wählen einen persönlichen, realistischen Transferpunkt. Der Abschluss erzeugt keine zusätzliche Fülle an Kommunikationstipps.</w:t>
      </w:r>
    </w:p>
    <w:p>
      <w:pPr>
        <w:pStyle w:val="Heading2"/>
        <w:keepNext/>
      </w:pPr>
      <w:r>
        <w:t>Zeitfenster und Material</w:t>
      </w:r>
    </w:p>
    <w:p>
      <w:r>
        <w:t>Planwert in der 90-Minuten-Fassung: 7 Minuten.</w:t>
      </w:r>
    </w:p>
    <w:p>
      <w:r>
        <w:t>Material: fünf Werkzeugkarten oder Abschlussflipchart; kleine persönliche Transferkarte pro Teilnehmerin.</w:t>
      </w:r>
    </w:p>
    <w:p>
      <w:pPr>
        <w:pStyle w:val="Heading2"/>
        <w:keepNext/>
      </w:pPr>
      <w:r>
        <w:t>Abschlussbild der fünf Werkzeuge</w:t>
      </w:r>
    </w:p>
    <w:tbl>
      <w:tblPr>
        <w:tblStyle w:val="TableGrid"/>
        <w:tblW w:type="auto" w:w="0"/>
        <w:jc w:val="center"/>
        <w:tblLook w:firstColumn="1" w:firstRow="1" w:lastColumn="0" w:lastRow="0" w:noHBand="0" w:noVBand="1" w:val="04A0"/>
      </w:tblPr>
      <w:tblGrid>
        <w:gridCol w:w="3324"/>
        <w:gridCol w:w="3324"/>
        <w:gridCol w:w="3324"/>
      </w:tblGrid>
      <w:tr>
        <w:trPr>
          <w:tblHeader w:val="true"/>
          <w:cantSplit/>
        </w:trPr>
        <w:tc>
          <w:tcPr>
            <w:tcW w:type="dxa" w:w="3324"/>
            <w:shd w:fill="D9EAF7"/>
          </w:tcPr>
          <w:p>
            <w:r/>
            <w:r>
              <w:rPr>
                <w:b/>
              </w:rPr>
              <w:t>Werkzeug</w:t>
            </w:r>
          </w:p>
        </w:tc>
        <w:tc>
          <w:tcPr>
            <w:tcW w:type="dxa" w:w="3324"/>
            <w:shd w:fill="D9EAF7"/>
          </w:tcPr>
          <w:p>
            <w:r/>
            <w:r>
              <w:rPr>
                <w:b/>
              </w:rPr>
              <w:t>Typische Falle</w:t>
            </w:r>
          </w:p>
        </w:tc>
        <w:tc>
          <w:tcPr>
            <w:tcW w:type="dxa" w:w="3324"/>
            <w:shd w:fill="D9EAF7"/>
          </w:tcPr>
          <w:p>
            <w:r/>
            <w:r>
              <w:rPr>
                <w:b/>
              </w:rPr>
              <w:t>Kurzer innerer Anker</w:t>
            </w:r>
          </w:p>
        </w:tc>
      </w:tr>
      <w:tr>
        <w:trPr>
          <w:cantSplit/>
        </w:trPr>
        <w:tc>
          <w:tcPr>
            <w:tcW w:type="dxa" w:w="3324"/>
            <w:vAlign w:val="center"/>
          </w:tcPr>
          <w:p>
            <w:r>
              <w:t>1. Druck erkennen</w:t>
            </w:r>
          </w:p>
        </w:tc>
        <w:tc>
          <w:tcPr>
            <w:tcW w:type="dxa" w:w="3324"/>
            <w:vAlign w:val="center"/>
          </w:tcPr>
          <w:p>
            <w:r>
              <w:t>Ich merke zu spät, dass das Gespräch kippt.</w:t>
            </w:r>
          </w:p>
        </w:tc>
        <w:tc>
          <w:tcPr>
            <w:tcW w:type="dxa" w:w="3324"/>
            <w:vAlign w:val="center"/>
          </w:tcPr>
          <w:p>
            <w:r>
              <w:t>Was passiert hier gerade?</w:t>
            </w:r>
          </w:p>
        </w:tc>
      </w:tr>
      <w:tr>
        <w:trPr>
          <w:cantSplit/>
        </w:trPr>
        <w:tc>
          <w:tcPr>
            <w:tcW w:type="dxa" w:w="3324"/>
            <w:vAlign w:val="center"/>
          </w:tcPr>
          <w:p>
            <w:r>
              <w:t>2. Nicht spiegeln</w:t>
            </w:r>
          </w:p>
        </w:tc>
        <w:tc>
          <w:tcPr>
            <w:tcW w:type="dxa" w:w="3324"/>
            <w:vAlign w:val="center"/>
          </w:tcPr>
          <w:p>
            <w:r>
              <w:t>Ich werde selbst lauter, schneller oder schärfer.</w:t>
            </w:r>
          </w:p>
        </w:tc>
        <w:tc>
          <w:tcPr>
            <w:tcW w:type="dxa" w:w="3324"/>
            <w:vAlign w:val="center"/>
          </w:tcPr>
          <w:p>
            <w:r>
              <w:t>Ich bestimme mein Tempo.</w:t>
            </w:r>
          </w:p>
        </w:tc>
      </w:tr>
      <w:tr>
        <w:trPr>
          <w:cantSplit/>
        </w:trPr>
        <w:tc>
          <w:tcPr>
            <w:tcW w:type="dxa" w:w="3324"/>
            <w:vAlign w:val="center"/>
          </w:tcPr>
          <w:p>
            <w:r>
              <w:t>3. Nicht rechtfertigen</w:t>
            </w:r>
          </w:p>
        </w:tc>
        <w:tc>
          <w:tcPr>
            <w:tcW w:type="dxa" w:w="3324"/>
            <w:vAlign w:val="center"/>
          </w:tcPr>
          <w:p>
            <w:r>
              <w:t>Ich erkläre mich immer weiter.</w:t>
            </w:r>
          </w:p>
        </w:tc>
        <w:tc>
          <w:tcPr>
            <w:tcW w:type="dxa" w:w="3324"/>
            <w:vAlign w:val="center"/>
          </w:tcPr>
          <w:p>
            <w:r>
              <w:t>Ich muss keine neuen Gründe liefern.</w:t>
            </w:r>
          </w:p>
        </w:tc>
      </w:tr>
      <w:tr>
        <w:trPr>
          <w:cantSplit/>
        </w:trPr>
        <w:tc>
          <w:tcPr>
            <w:tcW w:type="dxa" w:w="3324"/>
            <w:vAlign w:val="center"/>
          </w:tcPr>
          <w:p>
            <w:r>
              <w:t>4. Kurze klare Grenze</w:t>
            </w:r>
          </w:p>
        </w:tc>
        <w:tc>
          <w:tcPr>
            <w:tcW w:type="dxa" w:w="3324"/>
            <w:vAlign w:val="center"/>
          </w:tcPr>
          <w:p>
            <w:r>
              <w:t>Ich bleibe zu indirekt oder entschuldigend.</w:t>
            </w:r>
          </w:p>
        </w:tc>
        <w:tc>
          <w:tcPr>
            <w:tcW w:type="dxa" w:w="3324"/>
            <w:vAlign w:val="center"/>
          </w:tcPr>
          <w:p>
            <w:r>
              <w:t>Meine Entscheidung darf erkennbar sein.</w:t>
            </w:r>
          </w:p>
        </w:tc>
      </w:tr>
      <w:tr>
        <w:trPr>
          <w:cantSplit/>
        </w:trPr>
        <w:tc>
          <w:tcPr>
            <w:tcW w:type="dxa" w:w="3324"/>
            <w:vAlign w:val="center"/>
          </w:tcPr>
          <w:p>
            <w:r>
              <w:t>5. Beenden / aussteigen</w:t>
            </w:r>
          </w:p>
        </w:tc>
        <w:tc>
          <w:tcPr>
            <w:tcW w:type="dxa" w:w="3324"/>
            <w:vAlign w:val="center"/>
          </w:tcPr>
          <w:p>
            <w:r>
              <w:t>Ich will noch überzeugen oder das letzte Wort.</w:t>
            </w:r>
          </w:p>
        </w:tc>
        <w:tc>
          <w:tcPr>
            <w:tcW w:type="dxa" w:w="3324"/>
            <w:vAlign w:val="center"/>
          </w:tcPr>
          <w:p>
            <w:r>
              <w:t>Ich darf aufhören zu reden und handeln.</w:t>
            </w:r>
          </w:p>
        </w:tc>
      </w:tr>
    </w:tbl>
    <w:p>
      <w:pPr>
        <w:pStyle w:val="Heading2"/>
        <w:keepNext/>
      </w:pPr>
      <w:r>
        <w:t>Durchführung</w:t>
      </w:r>
    </w:p>
    <w:p>
      <w:pPr>
        <w:spacing w:before="0" w:after="0" w:line="240" w:lineRule="auto"/>
        <w:ind w:left="369" w:hanging="255"/>
      </w:pPr>
      <w:r>
        <w:t>1. Der Trainer zeigt die fünf Werkzeugkarten in der gemeinsam entwickelten Reihenfolge.</w:t>
      </w:r>
    </w:p>
    <w:p>
      <w:pPr>
        <w:spacing w:before="0" w:after="0" w:line="240" w:lineRule="auto"/>
        <w:ind w:left="369" w:hanging="255"/>
      </w:pPr>
      <w:r>
        <w:t>2. Die Gruppe ergänzt aus der Erinnerung kurz, welche Falle zu welchem Werkzeug gehört. Der Trainer schließt Lücken ohne Prüfcharakter.</w:t>
      </w:r>
    </w:p>
    <w:p>
      <w:pPr>
        <w:spacing w:before="0" w:after="0" w:line="240" w:lineRule="auto"/>
        <w:ind w:left="369" w:hanging="255"/>
      </w:pPr>
      <w:r>
        <w:t>3. Der Trainer betont nochmals: Die Werkzeuge sind keine starre Treppe; ein Ausstieg kann sofort passend sein.</w:t>
      </w:r>
    </w:p>
    <w:p>
      <w:pPr>
        <w:spacing w:before="0" w:after="0" w:line="240" w:lineRule="auto"/>
        <w:ind w:left="369" w:hanging="255"/>
      </w:pPr>
      <w:r>
        <w:t>4. Jede Teilnehmerin füllt still eine persönliche Transferkarte aus. Teilen im Plenum ist freiwillig.</w:t>
      </w:r>
    </w:p>
    <w:p>
      <w:pPr>
        <w:spacing w:before="0" w:after="0" w:line="240" w:lineRule="auto"/>
        <w:ind w:left="369" w:hanging="255"/>
      </w:pPr>
      <w:r>
        <w:t>5. Der Trainer kündigt die Stabilisierungsphase an: In einer Nachfolgeeinheit werden die Werkzeuge nur kurz aktiviert und dann unmittelbar in einem neuen Kontext angewendet. Erst danach wird gezielt an dem Punkt vertieft, der sich tatsächlich als schwierig zeigt.</w:t>
      </w:r>
    </w:p>
    <w:p>
      <w:pPr>
        <w:pStyle w:val="Heading2"/>
        <w:keepNext/>
      </w:pPr>
      <w:r>
        <w:t>Persönliche Transferkarte</w:t>
      </w:r>
    </w:p>
    <w:p>
      <w:pPr>
        <w:pStyle w:val="ListBullet"/>
      </w:pPr>
      <w:r>
        <w:t>Ein Drucksignal, das ich früher bemerken möchte: ______________________________</w:t>
      </w:r>
    </w:p>
    <w:p>
      <w:pPr>
        <w:pStyle w:val="ListBullet"/>
      </w:pPr>
      <w:r>
        <w:t>Ein Werkzeug, das ich ausprobieren möchte: __________________________________</w:t>
      </w:r>
    </w:p>
    <w:p>
      <w:pPr>
        <w:pStyle w:val="ListBullet"/>
      </w:pPr>
      <w:r>
        <w:t>Ein Satz oder eine Handlung, die zu mir passen könnte: _________________________</w:t>
      </w:r>
    </w:p>
    <w:p>
      <w:pPr>
        <w:pStyle w:val="ListBullet"/>
      </w:pPr>
      <w:r>
        <w:t>Woran ich merke, dass ich aussteigen möchte: _________________________________</w:t>
      </w:r>
    </w:p>
    <w:p>
      <w:pPr>
        <w:pStyle w:val="Heading2"/>
        <w:keepNext/>
      </w:pPr>
      <w:r>
        <w:t>Optionale Transferaufgabe zwischen den Einheiten</w:t>
      </w:r>
    </w:p>
    <w:p>
      <w:r>
        <w:t>Als freiwilliger Brückenauftrag beobachten die Teilnehmerinnen bis zur Stabilisierungsphase eine niedrigschwellige Alltagssituation, in der eine Bitte, Nachfrage oder Diskussion Druck erzeugt. Es ist keine Konfrontation zu provozieren. Sie notieren lediglich: Welches Drucksignal war erkennbar und welches Werkzeug hätte grundsätzlich gepasst?</w:t>
      </w:r>
    </w:p>
    <w:p>
      <w:pPr>
        <w:pStyle w:val="Heading2"/>
        <w:keepNext/>
      </w:pPr>
      <w:r>
        <w:t>Abschlussformulierung</w:t>
      </w:r>
    </w:p>
    <w:p>
      <w:pPr>
        <w:ind w:left="397"/>
      </w:pPr>
      <w:r>
        <w:rPr>
          <w:i/>
        </w:rPr>
        <w:t>„Es geht nicht darum, immer ruhig, schlagfertig oder perfekt zu reagieren. Entscheidend ist, früher zu bemerken, was geschieht, die eigene Handlungsmöglichkeit zu erweitern und ein Gespräch beenden zu dürfen, wenn es nicht mehr hilfreich ist.“</w:t>
      </w:r>
    </w:p>
    <w:p>
      <w:pPr>
        <w:pStyle w:val="Heading1"/>
      </w:pPr>
      <w:r>
        <w:t>12. Stabilisierungsphase in einer Nachfolgeeinheit</w:t>
      </w:r>
    </w:p>
    <w:p>
      <w:pPr>
        <w:pStyle w:val="Heading2"/>
      </w:pPr>
      <w:r>
        <w:t>Funktion und Zeitpunkt</w:t>
      </w:r>
    </w:p>
    <w:p>
      <w:r>
        <w:t>Die Stabilisierungsphase findet möglichst in der nächsten oder übernächsten Kurseinheit statt, vorzugsweise zu Beginn und vor thematisch schwereren Anwendungsszenarien. Sie ist keine verkürzte Wiederholung von Einheit 2. Im Vordergrund stehen eine neue vollständige Anwendung, die Beobachtung dessen, was bereits verfügbar ist, und die gezielte Vertiefung eines tatsächlich auftretenden Engpasses.</w:t>
      </w:r>
    </w:p>
    <w:p>
      <w:pPr>
        <w:pStyle w:val="Heading2"/>
      </w:pPr>
      <w:r>
        <w:t>Lernziele</w:t>
      </w:r>
    </w:p>
    <w:p>
      <w:pPr>
        <w:pStyle w:val="ListBullet"/>
      </w:pPr>
      <w:r>
        <w:t>Die Teilnehmerinnen können die fünf Werkzeuge nach einer sehr kurzen Aktivierung wiedererkennen und für die neue Szene verfügbar machen.</w:t>
      </w:r>
    </w:p>
    <w:p>
      <w:pPr>
        <w:pStyle w:val="ListBullet"/>
      </w:pPr>
      <w:r>
        <w:t>Sie wenden in einem neuen sozialen Druckkontext diejenigen Werkzeuge an, die ihnen in der Situation tatsächlich zugänglich sind.</w:t>
      </w:r>
    </w:p>
    <w:p>
      <w:pPr>
        <w:pStyle w:val="ListBullet"/>
      </w:pPr>
      <w:r>
        <w:t>Mindestens eine andere Teilnehmerin erprobt eine vollständige Szene.</w:t>
      </w:r>
    </w:p>
    <w:p>
      <w:pPr>
        <w:pStyle w:val="ListBullet"/>
      </w:pPr>
      <w:r>
        <w:t>Aus der neuen Anwendung wird ein konkreter Engpass ausgewählt und gezielt vertieft.</w:t>
      </w:r>
    </w:p>
    <w:p>
      <w:pPr>
        <w:pStyle w:val="ListBullet"/>
      </w:pPr>
      <w:r>
        <w:t>Werkzeug 5 bleibt als mögliche Handlung verfügbar und wird nur dann gezielt vertieft, wenn ein Gesprächsabschluss oder Ausstieg in Einheit 2 noch unsicher war oder sich in der neuen Szene als passend erweist.</w:t>
      </w:r>
    </w:p>
    <w:p>
      <w:pPr>
        <w:pStyle w:val="Heading2"/>
        <w:pageBreakBefore w:val="0"/>
      </w:pPr>
      <w:r>
        <w:t>Zeitplan – Planwert 35 Minuten</w:t>
      </w:r>
    </w:p>
    <w:tbl>
      <w:tblPr>
        <w:tblStyle w:val="TableGrid"/>
        <w:tblW w:type="auto" w:w="0"/>
        <w:jc w:val="center"/>
        <w:tblLook w:firstColumn="1" w:firstRow="1" w:lastColumn="0" w:lastRow="0" w:noHBand="0" w:noVBand="1" w:val="04A0"/>
      </w:tblPr>
      <w:tblGrid>
        <w:gridCol w:w="3324"/>
        <w:gridCol w:w="3324"/>
        <w:gridCol w:w="3324"/>
      </w:tblGrid>
      <w:tr>
        <w:trPr>
          <w:tblHeader w:val="true"/>
          <w:cantSplit/>
        </w:trPr>
        <w:tc>
          <w:tcPr>
            <w:tcW w:type="dxa" w:w="3324"/>
            <w:shd w:fill="D9EAF7"/>
          </w:tcPr>
          <w:p>
            <w:r>
              <w:t>Element</w:t>
            </w:r>
          </w:p>
        </w:tc>
        <w:tc>
          <w:tcPr>
            <w:tcW w:type="dxa" w:w="3324"/>
            <w:shd w:fill="D9EAF7"/>
          </w:tcPr>
          <w:p>
            <w:r>
              <w:t>Planzeit</w:t>
            </w:r>
          </w:p>
        </w:tc>
        <w:tc>
          <w:tcPr>
            <w:tcW w:type="dxa" w:w="3324"/>
            <w:shd w:fill="D9EAF7"/>
          </w:tcPr>
          <w:p>
            <w:r>
              <w:t>Durchführung</w:t>
            </w:r>
          </w:p>
        </w:tc>
      </w:tr>
      <w:tr>
        <w:trPr>
          <w:cantSplit/>
        </w:trPr>
        <w:tc>
          <w:tcPr>
            <w:tcW w:type="dxa" w:w="3324"/>
            <w:vAlign w:val="center"/>
          </w:tcPr>
          <w:p>
            <w:r>
              <w:t>1. Kurze Aktivierung</w:t>
            </w:r>
          </w:p>
        </w:tc>
        <w:tc>
          <w:tcPr>
            <w:tcW w:type="dxa" w:w="3324"/>
            <w:vAlign w:val="center"/>
          </w:tcPr>
          <w:p>
            <w:r>
              <w:t>3 Min.</w:t>
            </w:r>
          </w:p>
        </w:tc>
        <w:tc>
          <w:tcPr>
            <w:tcW w:type="dxa" w:w="3324"/>
            <w:vAlign w:val="center"/>
          </w:tcPr>
          <w:p>
            <w:r>
              <w:t>Fünf Werkzeugkarten kurz zeigen; vorhandene Erinnerungen sammeln und fehlende Bezeichnungen ergänzen. Keine erneute Herleitung und kein Wiederholungsvortrag.</w:t>
            </w:r>
          </w:p>
        </w:tc>
      </w:tr>
      <w:tr>
        <w:trPr>
          <w:cantSplit/>
        </w:trPr>
        <w:tc>
          <w:tcPr>
            <w:tcW w:type="dxa" w:w="3324"/>
            <w:vAlign w:val="center"/>
          </w:tcPr>
          <w:p>
            <w:r>
              <w:t>2. Neue vollständige Anwendungsszene</w:t>
            </w:r>
          </w:p>
        </w:tc>
        <w:tc>
          <w:tcPr>
            <w:tcW w:type="dxa" w:w="3324"/>
            <w:vAlign w:val="center"/>
          </w:tcPr>
          <w:p>
            <w:r>
              <w:t>13 Min.</w:t>
            </w:r>
          </w:p>
        </w:tc>
        <w:tc>
          <w:tcPr>
            <w:tcW w:type="dxa" w:w="3324"/>
            <w:vAlign w:val="center"/>
          </w:tcPr>
          <w:p>
            <w:r>
              <w:t>Neuer Kontext und möglichst andere freiwillige Teilnehmerin. Kein Werkzeugschwerpunkt wird vorgegeben; beobachtet wird, was im Gesprächsfluss tatsächlich verfügbar ist.</w:t>
            </w:r>
          </w:p>
        </w:tc>
      </w:tr>
      <w:tr>
        <w:trPr>
          <w:cantSplit/>
        </w:trPr>
        <w:tc>
          <w:tcPr>
            <w:tcW w:type="dxa" w:w="3324"/>
            <w:vAlign w:val="center"/>
          </w:tcPr>
          <w:p>
            <w:r>
              <w:t>3. Fokussierte Auswertung</w:t>
            </w:r>
          </w:p>
        </w:tc>
        <w:tc>
          <w:tcPr>
            <w:tcW w:type="dxa" w:w="3324"/>
            <w:vAlign w:val="center"/>
          </w:tcPr>
          <w:p>
            <w:r>
              <w:t>6 Min.</w:t>
            </w:r>
          </w:p>
        </w:tc>
        <w:tc>
          <w:tcPr>
            <w:tcW w:type="dxa" w:w="3324"/>
            <w:vAlign w:val="center"/>
          </w:tcPr>
          <w:p>
            <w:r>
              <w:t>Kurz sichern, was bereits gelang, und genau einen tatsächlichen Engpass aus der Szene auswählen.</w:t>
            </w:r>
          </w:p>
        </w:tc>
      </w:tr>
      <w:tr>
        <w:trPr>
          <w:cantSplit/>
        </w:trPr>
        <w:tc>
          <w:tcPr>
            <w:tcW w:type="dxa" w:w="3324"/>
            <w:vAlign w:val="center"/>
          </w:tcPr>
          <w:p>
            <w:r>
              <w:t>4. Gezielte Vertiefung</w:t>
            </w:r>
          </w:p>
        </w:tc>
        <w:tc>
          <w:tcPr>
            <w:tcW w:type="dxa" w:w="3324"/>
            <w:vAlign w:val="center"/>
          </w:tcPr>
          <w:p>
            <w:r>
              <w:t>9 Min.</w:t>
            </w:r>
          </w:p>
        </w:tc>
        <w:tc>
          <w:tcPr>
            <w:tcW w:type="dxa" w:w="3324"/>
            <w:vAlign w:val="center"/>
          </w:tcPr>
          <w:p>
            <w:r>
              <w:t>Den entscheidenden Moment isoliert aufgreifen und eine alternative Reaktion oder Handlung erproben. Keine erneute Bearbeitung aller fünf Werkzeuge.</w:t>
            </w:r>
          </w:p>
        </w:tc>
      </w:tr>
      <w:tr>
        <w:trPr>
          <w:cantSplit/>
        </w:trPr>
        <w:tc>
          <w:tcPr>
            <w:tcW w:type="dxa" w:w="3324"/>
            <w:vAlign w:val="center"/>
          </w:tcPr>
          <w:p>
            <w:r>
              <w:t>5. Erneute Anwendung und Anschluss</w:t>
            </w:r>
          </w:p>
        </w:tc>
        <w:tc>
          <w:tcPr>
            <w:tcW w:type="dxa" w:w="3324"/>
            <w:vAlign w:val="center"/>
          </w:tcPr>
          <w:p>
            <w:r>
              <w:t>4 Min.</w:t>
            </w:r>
          </w:p>
        </w:tc>
        <w:tc>
          <w:tcPr>
            <w:tcW w:type="dxa" w:w="3324"/>
            <w:vAlign w:val="center"/>
          </w:tcPr>
          <w:p>
            <w:r>
              <w:t>Den entscheidenden Moment noch einmal anwenden, Eigenwahrnehmung und Wirkung knapp prüfen und mit dem Thema der laufenden Nachfolgeeinheit verbinden.</w:t>
            </w:r>
          </w:p>
        </w:tc>
      </w:tr>
    </w:tbl>
    <w:p>
      <w:pPr>
        <w:pStyle w:val="Heading2"/>
      </w:pPr>
      <w:r>
        <w:t>Auswahl des Vertiefungsschwerpunkts nach der Anwendung</w:t>
      </w:r>
    </w:p>
    <w:p>
      <w:r>
        <w:t>Die Nachbereitungsnotiz aus Einheit 2 dient nur als Hypothese für mögliche Engpässe. Der tatsächliche Vertiefungsschwerpunkt wird erst nach der neuen Anwendungsszene festgelegt. Vorrang erhält ein konkret beobachteter Punkt, dessen Bearbeitung für die aktive Teilnehmerin und die Gruppe einen erkennbaren Lerngewinn verspricht.</w:t>
      </w:r>
    </w:p>
    <w:p>
      <w:pPr>
        <w:pStyle w:val="ListBullet"/>
      </w:pPr>
      <w:r>
        <w:t>Wenn die Gruppe Druck spät erkannt hat: Werkzeug 1 und frühe Kippzeichen.</w:t>
      </w:r>
    </w:p>
    <w:p>
      <w:pPr>
        <w:pStyle w:val="ListBullet"/>
      </w:pPr>
      <w:r>
        <w:t>Wenn starke emotionale Ansteckung sichtbar war: Werkzeug 2 und eigenes Tempo.</w:t>
      </w:r>
    </w:p>
    <w:p>
      <w:pPr>
        <w:pStyle w:val="ListBullet"/>
      </w:pPr>
      <w:r>
        <w:t>Wenn Erklärungen immer länger wurden: Werkzeug 3.</w:t>
      </w:r>
    </w:p>
    <w:p>
      <w:pPr>
        <w:pStyle w:val="ListBullet"/>
      </w:pPr>
      <w:r>
        <w:t>Wenn Grenzen indirekt blieben: Werkzeug 4.</w:t>
      </w:r>
    </w:p>
    <w:p>
      <w:pPr>
        <w:pStyle w:val="ListBullet"/>
      </w:pPr>
      <w:r>
        <w:t>Wenn nach einer Grenze weiterdiskutiert wurde: Werkzeug 5 und tatsächlicher Ausstieg.</w:t>
      </w:r>
    </w:p>
    <w:p>
      <w:pPr>
        <w:pStyle w:val="Heading2"/>
      </w:pPr>
      <w:r>
        <w:t>Geeignete neue Kontexte</w:t>
      </w:r>
    </w:p>
    <w:p>
      <w:pPr>
        <w:pStyle w:val="ListBullet"/>
      </w:pPr>
      <w:r>
        <w:t>Eine Gruppenpartnerin möchte eine bereits verteilte Aufgabe kurzfristig abgeben.</w:t>
      </w:r>
    </w:p>
    <w:p>
      <w:pPr>
        <w:pStyle w:val="ListBullet"/>
      </w:pPr>
      <w:r>
        <w:t>Eine Bekannte drängt nach einer Absage auf eine ausführliche persönliche Begründung.</w:t>
      </w:r>
    </w:p>
    <w:p>
      <w:pPr>
        <w:pStyle w:val="ListBullet"/>
      </w:pPr>
      <w:r>
        <w:t>Im Verein oder am Arbeitsplatz soll eine zusätzliche Aufgabe spontan übernommen werden.</w:t>
      </w:r>
    </w:p>
    <w:p>
      <w:pPr>
        <w:pStyle w:val="ListBullet"/>
      </w:pPr>
      <w:r>
        <w:t>Eine verabredete Grenze oder Zeitabsprache wird wiederholt als unwichtig dargestellt.</w:t>
      </w:r>
    </w:p>
    <w:p>
      <w:r>
        <w:t>Der Kontext bleibt niedrigschwellig und unterscheidet sich sichtbar von der Einstiegsszene. Sexualisierte, partnerschaftliche oder akut bedrohliche Situationen werden erst in den dafür vorgesehenen späteren Kursteilen bearbeitet.</w:t>
      </w:r>
    </w:p>
    <w:p>
      <w:pPr>
        <w:pStyle w:val="Heading2"/>
      </w:pPr>
      <w:r>
        <w:t>Auswertung der Stabilisierung</w:t>
      </w:r>
    </w:p>
    <w:p>
      <w:pPr>
        <w:pStyle w:val="ListBullet"/>
      </w:pPr>
      <w:r>
        <w:t>Was war diesmal bereits ohne Trainerhinweis verfügbar?</w:t>
      </w:r>
    </w:p>
    <w:p>
      <w:pPr>
        <w:pStyle w:val="ListBullet"/>
      </w:pPr>
      <w:r>
        <w:t>An welcher konkreten Stelle entstand der wichtigste Engpass?</w:t>
      </w:r>
    </w:p>
    <w:p>
      <w:pPr>
        <w:pStyle w:val="ListBullet"/>
      </w:pPr>
      <w:r>
        <w:t>Welches eine Werkzeug oder welche Handlung sollte jetzt gezielt vertieft werden?</w:t>
      </w:r>
    </w:p>
    <w:p>
      <w:pPr>
        <w:pStyle w:val="ListBullet"/>
      </w:pPr>
      <w:r>
        <w:t>Was veränderte sich in der kurzen erneuten Erprobung?</w:t>
      </w:r>
    </w:p>
    <w:p>
      <w:pPr>
        <w:pStyle w:val="ListBullet"/>
      </w:pPr>
      <w:r>
        <w:t>Was wird in späteren Rollenspielen als nächster Transferpunkt weitergeführt?</w:t>
      </w:r>
    </w:p>
    <w:p>
      <w:pPr>
        <w:pStyle w:val="Heading2"/>
      </w:pPr>
      <w:r>
        <w:t>Erfolgskriterien</w:t>
      </w:r>
    </w:p>
    <w:p>
      <w:r>
        <w:t>Die Stabilisierung gilt nicht erst dann als gelungen, wenn eine Teilnehmerin alle fünf Werkzeuge fehlerfrei zeigt. Ausreichend ist, wenn die Werkzeuge nach kurzer Aktivierung grundsätzlich verfügbar sind, in der neuen Szene mindestens ein passendes Werkzeug selbstständig genutzt wird, ein konkreter Engpass nachvollziehbar erkannt wird und die aktive Teilnehmerin dort eine für sie stimmige Veränderung erprobt.</w:t>
      </w:r>
    </w:p>
    <w:p>
      <w:pPr>
        <w:pStyle w:val="Heading1"/>
        <w:keepNext/>
      </w:pPr>
      <w:r>
        <w:t>13. Pilotdurchführung: Vorbereitung und Zeitsteuerung</w:t>
      </w:r>
    </w:p>
    <w:p>
      <w:pPr>
        <w:pStyle w:val="Heading2"/>
        <w:keepNext/>
      </w:pPr>
      <w:r>
        <w:t>Verbindliche Vorbereitung des Trainers</w:t>
      </w:r>
    </w:p>
    <w:p>
      <w:pPr>
        <w:pStyle w:val="ListBullet"/>
      </w:pPr>
      <w:r>
        <w:t>Werkzeugkarten 1 bis 5 und Eskalationsfallen vorbereiten.</w:t>
      </w:r>
    </w:p>
    <w:p>
      <w:pPr>
        <w:pStyle w:val="ListBullet"/>
      </w:pPr>
      <w:r>
        <w:t>Rollenkarten für Slot 1 und Slot 4 getrennt ausdrucken oder auf Karten bereithalten.</w:t>
      </w:r>
    </w:p>
    <w:p>
      <w:pPr>
        <w:pStyle w:val="ListBullet"/>
      </w:pPr>
      <w:r>
        <w:t>Für Slot 3 je Werkzeug mindestens einen Druckimpuls und zwei Vergleichsvarianten vorbereiten.</w:t>
      </w:r>
    </w:p>
    <w:p>
      <w:pPr>
        <w:pStyle w:val="ListBullet"/>
      </w:pPr>
      <w:r>
        <w:t>Flipchart für Slot 2 mit drei Leitfragen und kleinem Ideenspeicher vorbereiten.</w:t>
      </w:r>
    </w:p>
    <w:p>
      <w:pPr>
        <w:pStyle w:val="ListBullet"/>
      </w:pPr>
      <w:r>
        <w:t>Beobachtungsübersicht für Slot 4 mit den fünf Werkzeugen vorbereiten.</w:t>
      </w:r>
    </w:p>
    <w:p>
      <w:pPr>
        <w:pStyle w:val="ListBullet"/>
      </w:pPr>
      <w:r>
        <w:t>Freien und sicheren Bewegungsweg sowie Zielbereich für Slot 4 herstellen.</w:t>
      </w:r>
    </w:p>
    <w:p>
      <w:pPr>
        <w:pStyle w:val="ListBullet"/>
      </w:pPr>
      <w:r>
        <w:t>Transferkarten für den Abschluss vorbereiten.</w:t>
      </w:r>
    </w:p>
    <w:p>
      <w:pPr>
        <w:pStyle w:val="ListBullet"/>
      </w:pPr>
      <w:r>
        <w:t>Regionale Unterstützungsangebote und bundesweite Hilfsangebote für Bedarfsfälle griffbereit halten.</w:t>
      </w:r>
    </w:p>
    <w:p>
      <w:pPr>
        <w:pStyle w:val="ListBullet"/>
      </w:pPr>
      <w:r>
        <w:t>Nach Einheit 2 eine kurze Stabilisierungsnotiz erstellen: Welche Werkzeuge waren gut verfügbar, wo entstanden mögliche Engpässe und welche Hypothese sollte in der neuen Anwendung besonders beobachtet werden? Der Vertiefungsschwerpunkt wird erst nach der neuen Szene festgelegt.</w:t>
      </w:r>
    </w:p>
    <w:p>
      <w:pPr>
        <w:pStyle w:val="Heading2"/>
        <w:keepNext/>
      </w:pPr>
      <w:r>
        <w:t>Zeitsteuerung bei hoher Beteiligung</w:t>
      </w:r>
    </w:p>
    <w:p>
      <w:r>
        <w:t>Die Erarbeitungsphase umfasst 90 Minuten. Bei höherem Reflexionsbedarf wird nicht schneller moderiert, sondern Übungsumfang in die Stabilisierungsphase verschoben. In Einheit 2 entfallen oder wandern zuerst:</w:t>
      </w:r>
    </w:p>
    <w:p>
      <w:pPr>
        <w:pStyle w:val="ListBullet"/>
      </w:pPr>
      <w:r>
        <w:t>weitere Wiederholungen bereits ausreichend benannter Beobachtungen in Slot 2,</w:t>
      </w:r>
    </w:p>
    <w:p>
      <w:pPr>
        <w:pStyle w:val="ListBullet"/>
      </w:pPr>
      <w:r>
        <w:t>eine dritte Demonstrationsvariante oder eine weitere freiwillige Erprobung in Slot 3,</w:t>
      </w:r>
    </w:p>
    <w:p>
      <w:pPr>
        <w:pStyle w:val="ListBullet"/>
      </w:pPr>
      <w:r>
        <w:t>jede zweite vollständige Anwendungsszene; sie gehört in die Stabilisierungsphase,</w:t>
      </w:r>
    </w:p>
    <w:p>
      <w:pPr>
        <w:pStyle w:val="ListBullet"/>
      </w:pPr>
      <w:r>
        <w:t>die freiwillige Plenumsteilung der Transferkarten. Der stille Transferabschluss bleibt erhalten.</w:t>
      </w:r>
    </w:p>
    <w:p>
      <w:pPr>
        <w:pStyle w:val="Heading2"/>
        <w:keepNext/>
      </w:pPr>
      <w:r>
        <w:t>Stop- und Anpassungskriterien</w:t>
      </w:r>
    </w:p>
    <w:p>
      <w:pPr>
        <w:pStyle w:val="ListBullet"/>
      </w:pPr>
      <w:r>
        <w:t>Eine Szene erzeugt keinen zusätzlichen Lerngewinn und beginnt sich zu wiederholen.</w:t>
      </w:r>
    </w:p>
    <w:p>
      <w:pPr>
        <w:pStyle w:val="ListBullet"/>
      </w:pPr>
      <w:r>
        <w:t>Eine freiwillige Teilnehmerin wirkt sichtbar überfordert oder möchte aus der Rolle.</w:t>
      </w:r>
    </w:p>
    <w:p>
      <w:pPr>
        <w:pStyle w:val="ListBullet"/>
      </w:pPr>
      <w:r>
        <w:t>Die drängende Rolle überschreitet die vorgegebene Intensität.</w:t>
      </w:r>
    </w:p>
    <w:p>
      <w:pPr>
        <w:pStyle w:val="ListBullet"/>
      </w:pPr>
      <w:r>
        <w:t>Die Gruppe verschiebt sich von Beobachtung zu persönlicher Bewertung oder Schuldzuweisung.</w:t>
      </w:r>
    </w:p>
    <w:p>
      <w:pPr>
        <w:pStyle w:val="ListBullet"/>
      </w:pPr>
      <w:r>
        <w:t>Reale Gewalterfahrungen werden eingebracht und benötigen einen anderen, geschützten Rahmen.</w:t>
      </w:r>
    </w:p>
    <w:p>
      <w:pPr>
        <w:pStyle w:val="Heading1"/>
        <w:keepNext/>
      </w:pPr>
      <w:r>
        <w:t>14. Kopiervorlagen für die Pilotphase</w:t>
      </w:r>
    </w:p>
    <w:p>
      <w:pPr>
        <w:pStyle w:val="Heading2"/>
        <w:keepNext/>
      </w:pPr>
      <w:r>
        <w:t>A. Beobachtungsblatt Slot 4</w:t>
      </w:r>
    </w:p>
    <w:tbl>
      <w:tblPr>
        <w:tblStyle w:val="TableGrid"/>
        <w:tblW w:type="auto" w:w="0"/>
        <w:jc w:val="center"/>
        <w:tblLook w:firstColumn="1" w:firstRow="1" w:lastColumn="0" w:lastRow="0" w:noHBand="0" w:noVBand="1" w:val="04A0"/>
      </w:tblPr>
      <w:tblGrid>
        <w:gridCol w:w="3324"/>
        <w:gridCol w:w="3324"/>
        <w:gridCol w:w="3324"/>
      </w:tblGrid>
      <w:tr>
        <w:trPr>
          <w:tblHeader w:val="true"/>
          <w:cantSplit/>
        </w:trPr>
        <w:tc>
          <w:tcPr>
            <w:tcW w:type="dxa" w:w="3324"/>
            <w:shd w:fill="D9EAF7"/>
          </w:tcPr>
          <w:p>
            <w:r/>
            <w:r>
              <w:rPr>
                <w:b/>
              </w:rPr>
              <w:t>Werkzeug</w:t>
            </w:r>
          </w:p>
        </w:tc>
        <w:tc>
          <w:tcPr>
            <w:tcW w:type="dxa" w:w="3324"/>
            <w:shd w:fill="D9EAF7"/>
          </w:tcPr>
          <w:p>
            <w:r/>
            <w:r>
              <w:rPr>
                <w:b/>
              </w:rPr>
              <w:t>Was war beobachtbar?</w:t>
            </w:r>
          </w:p>
        </w:tc>
        <w:tc>
          <w:tcPr>
            <w:tcW w:type="dxa" w:w="3324"/>
            <w:shd w:fill="D9EAF7"/>
          </w:tcPr>
          <w:p>
            <w:r/>
            <w:r>
              <w:rPr>
                <w:b/>
              </w:rPr>
              <w:t>Welche Wirkung hatte es?</w:t>
            </w:r>
          </w:p>
        </w:tc>
      </w:tr>
      <w:tr>
        <w:trPr>
          <w:cantSplit/>
        </w:trPr>
        <w:tc>
          <w:tcPr>
            <w:tcW w:type="dxa" w:w="3324"/>
            <w:vAlign w:val="center"/>
          </w:tcPr>
          <w:p>
            <w:r>
              <w:t>1. Druck erkennen</w:t>
            </w:r>
          </w:p>
        </w:tc>
        <w:tc>
          <w:tcPr>
            <w:tcW w:type="dxa" w:w="3324"/>
            <w:vAlign w:val="center"/>
          </w:tcPr>
          <w:p>
            <w:r>
              <w:br/>
            </w:r>
          </w:p>
        </w:tc>
        <w:tc>
          <w:tcPr>
            <w:tcW w:type="dxa" w:w="3324"/>
            <w:vAlign w:val="center"/>
          </w:tcPr>
          <w:p>
            <w:r>
              <w:br/>
            </w:r>
          </w:p>
        </w:tc>
      </w:tr>
      <w:tr>
        <w:trPr>
          <w:cantSplit/>
        </w:trPr>
        <w:tc>
          <w:tcPr>
            <w:tcW w:type="dxa" w:w="3324"/>
            <w:vAlign w:val="center"/>
          </w:tcPr>
          <w:p>
            <w:r>
              <w:t>2. Nicht spiegeln</w:t>
            </w:r>
          </w:p>
        </w:tc>
        <w:tc>
          <w:tcPr>
            <w:tcW w:type="dxa" w:w="3324"/>
            <w:vAlign w:val="center"/>
          </w:tcPr>
          <w:p>
            <w:r>
              <w:br/>
            </w:r>
          </w:p>
        </w:tc>
        <w:tc>
          <w:tcPr>
            <w:tcW w:type="dxa" w:w="3324"/>
            <w:vAlign w:val="center"/>
          </w:tcPr>
          <w:p>
            <w:r>
              <w:br/>
            </w:r>
          </w:p>
        </w:tc>
      </w:tr>
      <w:tr>
        <w:trPr>
          <w:cantSplit/>
        </w:trPr>
        <w:tc>
          <w:tcPr>
            <w:tcW w:type="dxa" w:w="3324"/>
            <w:vAlign w:val="center"/>
          </w:tcPr>
          <w:p>
            <w:r>
              <w:t>3. Nicht rechtfertigen</w:t>
            </w:r>
          </w:p>
        </w:tc>
        <w:tc>
          <w:tcPr>
            <w:tcW w:type="dxa" w:w="3324"/>
            <w:vAlign w:val="center"/>
          </w:tcPr>
          <w:p>
            <w:r>
              <w:br/>
            </w:r>
          </w:p>
        </w:tc>
        <w:tc>
          <w:tcPr>
            <w:tcW w:type="dxa" w:w="3324"/>
            <w:vAlign w:val="center"/>
          </w:tcPr>
          <w:p>
            <w:r>
              <w:br/>
            </w:r>
          </w:p>
        </w:tc>
      </w:tr>
      <w:tr>
        <w:trPr>
          <w:cantSplit/>
        </w:trPr>
        <w:tc>
          <w:tcPr>
            <w:tcW w:type="dxa" w:w="3324"/>
            <w:vAlign w:val="center"/>
          </w:tcPr>
          <w:p>
            <w:r>
              <w:t>4. Kurze klare Grenze</w:t>
            </w:r>
          </w:p>
        </w:tc>
        <w:tc>
          <w:tcPr>
            <w:tcW w:type="dxa" w:w="3324"/>
            <w:vAlign w:val="center"/>
          </w:tcPr>
          <w:p>
            <w:r>
              <w:br/>
            </w:r>
          </w:p>
        </w:tc>
        <w:tc>
          <w:tcPr>
            <w:tcW w:type="dxa" w:w="3324"/>
            <w:vAlign w:val="center"/>
          </w:tcPr>
          <w:p>
            <w:r>
              <w:br/>
            </w:r>
          </w:p>
        </w:tc>
      </w:tr>
      <w:tr>
        <w:trPr>
          <w:cantSplit/>
        </w:trPr>
        <w:tc>
          <w:tcPr>
            <w:tcW w:type="dxa" w:w="3324"/>
            <w:vAlign w:val="center"/>
          </w:tcPr>
          <w:p>
            <w:r>
              <w:t>5. Beenden / aussteigen</w:t>
            </w:r>
          </w:p>
        </w:tc>
        <w:tc>
          <w:tcPr>
            <w:tcW w:type="dxa" w:w="3324"/>
            <w:vAlign w:val="center"/>
          </w:tcPr>
          <w:p>
            <w:r>
              <w:br/>
            </w:r>
          </w:p>
        </w:tc>
        <w:tc>
          <w:tcPr>
            <w:tcW w:type="dxa" w:w="3324"/>
            <w:vAlign w:val="center"/>
          </w:tcPr>
          <w:p>
            <w:r>
              <w:br/>
            </w:r>
          </w:p>
        </w:tc>
      </w:tr>
    </w:tbl>
    <w:p>
      <w:pPr>
        <w:pStyle w:val="Heading2"/>
        <w:keepNext/>
      </w:pPr>
      <w:r>
        <w:t>B. Transferkarte</w:t>
      </w:r>
    </w:p>
    <w:p>
      <w:r>
        <w:t>Ein Drucksignal, das ich früher bemerken möchte:</w:t>
      </w:r>
    </w:p>
    <w:p>
      <w:r>
        <w:t>________________________________________________________________________</w:t>
      </w:r>
    </w:p>
    <w:p>
      <w:r>
        <w:t>Ein Werkzeug, das ich ausprobieren möchte:</w:t>
      </w:r>
    </w:p>
    <w:p>
      <w:r>
        <w:t>________________________________________________________________________</w:t>
      </w:r>
    </w:p>
    <w:p>
      <w:r>
        <w:t>Ein Satz oder eine Handlung, die zu mir passen könnte:</w:t>
      </w:r>
    </w:p>
    <w:p>
      <w:r>
        <w:t>________________________________________________________________________</w:t>
      </w:r>
    </w:p>
    <w:p>
      <w:r>
        <w:t>Woran ich merke, dass ich ein Gespräch beenden oder aussteigen möchte:</w:t>
      </w:r>
    </w:p>
    <w:p>
      <w:r>
        <w:t>________________________________________________________________________</w:t>
      </w:r>
    </w:p>
    <w:p>
      <w:pPr>
        <w:pStyle w:val="Heading2"/>
      </w:pPr>
      <w:r>
        <w:t>C. Stabilisierungsnotiz nach Einheit 2</w:t>
      </w:r>
    </w:p>
    <w:p>
      <w:r>
        <w:t>Werkzeuge, die bereits gut erkennbar waren: ______________________________</w:t>
      </w:r>
    </w:p>
    <w:p>
      <w:r>
        <w:t>Mögliche Vertiefungshypothese für die neue Anwendung: ________________________</w:t>
      </w:r>
    </w:p>
    <w:p>
      <w:r>
        <w:t>Beobachtete typische Falle: _______________________________________________</w:t>
      </w:r>
    </w:p>
    <w:p>
      <w:r>
        <w:t>Geeigneter neuer Kontext für die Nachfolgeeinheit: ___________________________</w:t>
      </w:r>
    </w:p>
    <w:p>
      <w:r>
        <w:t>Besondere Sicherheits- oder Gruppenaspekte: ________________________________</w:t>
      </w:r>
    </w:p>
    <w:p>
      <w:pPr>
        <w:pStyle w:val="Heading2"/>
        <w:keepNext/>
      </w:pPr>
      <w:r>
        <w:t>D. Kurzcheck vor Beginn der Erarbeitungsphase</w:t>
      </w:r>
    </w:p>
    <w:p>
      <w:r>
        <w:t>☐ Sind die fünf Werkzeuge und ihre Fallen für den Trainer klar?</w:t>
      </w:r>
    </w:p>
    <w:p>
      <w:r>
        <w:t>☐ Sind alle Rollen niedrigschwellig und frei von persönlichen oder sexualisierten Zuspitzungen?</w:t>
      </w:r>
    </w:p>
    <w:p>
      <w:r>
        <w:t>☐ Sind Demonstrationsbeispiele für Slot 3 vorbereitet?</w:t>
      </w:r>
    </w:p>
    <w:p>
      <w:r>
        <w:t>☐ Ist der Bewegungsweg in Slot 4 frei und sicher?</w:t>
      </w:r>
    </w:p>
    <w:p>
      <w:r>
        <w:t>☐ Sind Freiwilligkeit, Stoppsignal und Beobachterrolle erklärt?</w:t>
      </w:r>
    </w:p>
    <w:p>
      <w:r>
        <w:t>☐ Sind Unterstützungsinformationen verfügbar, falls reale Erfahrungen aktiviert werden?</w:t>
      </w:r>
    </w:p>
    <w:p>
      <w:pPr/>
      <w:r>
        <w:t>☐ Ist für die Nachfolgeeinheit ein Zeitfenster von etwa 35 Minuten zur Stabilisierung vorgesehen?</w:t>
      </w:r>
    </w:p>
    <w:p>
      <w:pPr>
        <w:pStyle w:val="Heading1"/>
        <w:keepNext/>
        <w:pageBreakBefore/>
      </w:pPr>
      <w:r>
        <w:t>15. Konsistenz- und Pilotbewertung</w:t>
      </w:r>
    </w:p>
    <w:p>
      <w:r>
        <w:t>Die Planung besteht nun aus einer 90-minütigen Erarbeitungsphase mit vier Übungsslots sowie einer verbindlichen Stabilisierungsphase in einer Nachfolgeeinheit. Einführung und Abschluss rahmen die Erarbeitung, ohne die Slotstruktur künstlich zu erweitern.</w:t>
      </w:r>
    </w:p>
    <w:p>
      <w:r>
        <w:t>Slot 1 erzeugt das gemeinsame Erlebnis. Slot 2 trainiert die Beobachtung und leitet die fünf Werkzeuge ab. Slot 3 macht die Werkzeuge 2 bis 4 exemplarisch erfahrbar. Slot 4 verbindet die Werkzeuge 1 bis 5 erstmals in einem vollständigen Gesprächsverlauf, einschließlich tatsächlichem Beenden, Bewegung, Distanz und Unterstützung.</w:t>
      </w:r>
    </w:p>
    <w:p>
      <w:r>
        <w:t>Die Stabilisierungsphase übernimmt die zweite aktive Anwendung und den Kontextwechsel. Erst die neue Szene bestimmt, welcher konkrete Engpass gezielt vertieft und unmittelbar erneut erprobt wird. Damit bleibt die Phase anwendungsorientiert und vermeidet eine verkürzte Wiederholung von Einheit 2.</w:t>
      </w:r>
    </w:p>
    <w:p>
      <w:r>
        <w:t>Nach der Pilotierung sind tatsächlicher Zeitbedarf, Gruppendynamik, Verständlichkeit der Werkzeuge und Passung der Stabilisierungsphase zu evaluieren. Der Lernanspruch ist ausdrücklich zweistufig: erste Erarbeitung in Einheit 2, Stabilisierung und zweite Anwendung in der Nachfolgeeinheit.</w:t>
      </w:r>
    </w:p>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